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Establiment i promoció de relacions de convivència assertives i respectuoses amb totes les persones i grups socials, independentment del seu 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Estableixen i promouen relacions de convivència assertives i respectuoses amb totes les persones i grups socials independentment del seu 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Valoració de la interacció com a eina per prendre consciència dels sentiments propis i aliens i per a </w:t>
        <w:br/>
        <w:br/>
        <w:br/>
        <w:t>la regulació de la conducta.</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Pràctica de procediments bàsics d’assertivitat i de manteniment de les pròpies conviccions en la </w:t>
        <w:br/>
        <w:br/>
        <w:br/>
        <w:t>interacció amb altres parlants.</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Contrast de valors i argumentació dels valors propis. Respecte i valoració crítica de les opcions i</w:t>
        <w:br/>
        <w:br/>
        <w:br/>
        <w:t>plantejaments personals dels altres, desenvolupant una actitud assertiva.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pel pluralisme cultural i religiós de les societats actuals i valoració de la necessitat de convivència</w:t>
        <w:br/>
        <w:br/>
        <w:br/>
        <w:t>entre creients i no creients i del diàleg interreligiós.</w:t>
      </w:r>
    </w:p>
    <w:p/>
    <w:p>
      <w:pPr>
        <w:pStyle w:val="Heading4"/>
      </w:pPr>
      <w:r>
        <w:t>CRITERI D'AVALUACIÓ</w:t>
      </w:r>
    </w:p>
    <w:p/>
    <w:p>
      <w:pPr>
        <w:pStyle w:val="Heading4"/>
      </w:pPr>
      <w:r>
        <w:t>PÀGINA REFERÈNCIA DOCUMENT CURRÍCULUM</w:t>
      </w:r>
    </w:p>
    <w:p>
      <w:pPr>
        <w:pStyle w:val="Normal4"/>
      </w:pPr>
      <w:r>
        <w:t>Pàgina 234</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4">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75">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transformarelmon-guia.edualter.org/ca/instruments/diari-daula"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