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Construcció de relacions de convivència assertives i respectuoses amb totes les persones i grups socials independentment del seu origen o pertinença.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Construeixen relacions de convivència assertives i respectuoses amb totes les persones i grups socials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a les persones que parlen una llengua o varietat lingüística diferent de</w:t>
        <w:br/>
        <w:br/>
        <w:br/>
        <w:t>la pròpia, i així mateix que tenen una cultura diferenciada, especialment les de l’entorn més pròxim,</w:t>
        <w:br/>
        <w:br/>
        <w:br/>
        <w:t>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5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7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transformarelmon-guia.edualter.org/ca/instruments/carpeta-daprenentatge" TargetMode="External"/><Relationship Id="rId32" Type="http://schemas.openxmlformats.org/officeDocument/2006/relationships/hyperlink" Target="https://transformarelmon-guia.edualter.org/ca/instruments/portafoli1" TargetMode="External"/><Relationship Id="rId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transformarelmon-guia.edualter.org/ca/instruments/observacio-dactituds" TargetMode="External"/><Relationship Id="rId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3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3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