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els sistemes de presa de decisions (votacions, majories, consens) i la importància de la participació en la definició de normes per a la convivència de totes les persones i grups socials, sense exclusions per motius d'origen o pertinença</w:t>
      </w:r>
    </w:p>
    <w:p/>
    <w:p>
      <w:pPr>
        <w:pStyle w:val="Heading1"/>
      </w:pPr>
      <w:r>
        <w:t>OBJECTIU EIX</w:t>
      </w:r>
    </w:p>
    <w:p>
      <w:pPr/>
      <w:r>
        <w:t>Ser persones obertes, responsables, crítiques i compromeses en la construcció de relacions interculturals basades en l’equitat, la justícia i la inclusió social, rebutjant els prejudicis, estereotips i qualsevol tipus de discriminació per motius d’origen o pertinença.</w:t>
      </w:r>
    </w:p>
    <w:p/>
    <w:p>
      <w:pPr>
        <w:pStyle w:val="Heading1"/>
      </w:pPr>
      <w:r>
        <w:t>OBJECTIU BLOC</w:t>
      </w:r>
    </w:p>
    <w:p>
      <w:pPr/>
      <w:r>
        <w:t>Responsabilitat i compromís amb la promoció de relacions basades en el diàleg, l’equitat i el respecte amb la finalitat de contribuir a la construcció d’un model de convivència inclusiu que garanteixi els drets de les minories excloses o discriminades per motiu del seu origen o pertinença.</w:t>
      </w:r>
    </w:p>
    <w:p/>
    <w:p>
      <w:pPr>
        <w:pStyle w:val="Heading1"/>
      </w:pPr>
      <w:r>
        <w:t>CRITERI D'AVALUACIÓ</w:t>
      </w:r>
    </w:p>
    <w:p>
      <w:pPr/>
      <w:r>
        <w:t>Reflexionen críticament sobre els diferents sistemes de presa de decisions (votacions, majories, consens) i la importància de la participació en la definició de normes per a la convivència de totes les persones i grups socials, sense exclusions per motiu d’origen o pertinença</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76">
        <w:r>
          <w:rPr/>
          <w:t xml:space="preserve">Reivindicació i defensa de la participació en la presa de decisions i en la definició de les normes de convivència de totes les persones i grups socials, sense exclusions per motius d’origen o pertinença </w:t>
        </w:r>
      </w:hyperlink>
    </w:p>
    <w:p>
      <w:pPr>
        <w:pStyle w:val="ListBullet"/>
      </w:pPr>
      <w:r>
        <w:t>Interculturalitat Crítica i Antiracisme</w:t>
      </w:r>
    </w:p>
    <w:p>
      <w:pPr>
        <w:pStyle w:val="ListBullet"/>
      </w:pPr>
      <w:r>
        <w:t>Educació Secundària Obligatòria (ESO)</w:t>
      </w:r>
    </w:p>
    <w:p>
      <w:pPr>
        <w:pStyle w:val="ListBullet"/>
      </w:pPr>
      <w:r>
        <w:t>Competència ciutadana</w:t>
      </w:r>
    </w:p>
    <w:p>
      <w:pPr>
        <w:pStyle w:val="Link"/>
      </w:pPr>
      <w:hyperlink r:id="rId77">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stBullet"/>
      </w:pPr>
      <w:r>
        <w:t>Competència personal, social i d'aprendre a aprendre</w:t>
      </w:r>
    </w:p>
    <w:p>
      <w:pPr>
        <w:pStyle w:val="Link"/>
      </w:pPr>
      <w:hyperlink r:id="rId78">
        <w:r>
          <w:rPr/>
          <w:t xml:space="preserve">Construcció de relacions de convivència assertives i respectuoses amb totes les persones i grups socials independentment del seu origen o pertinença. </w:t>
        </w:r>
      </w:hyperlink>
    </w:p>
    <w:p>
      <w:pPr>
        <w:pStyle w:val="ListBullet"/>
      </w:pPr>
      <w:r>
        <w:t>Interculturalitat Crítica i Antiracisme</w:t>
      </w:r>
    </w:p>
    <w:p>
      <w:pPr>
        <w:pStyle w:val="ListBullet"/>
      </w:pPr>
      <w:r>
        <w:t>Educació Secundària Obligatòria (ESO)</w:t>
      </w:r>
    </w:p>
    <w:p>
      <w:pPr>
        <w:pStyle w:val="ListBullet"/>
      </w:pPr>
      <w:r>
        <w:t>Competència en comunicació lingüística</w:t>
      </w:r>
    </w:p>
    <w:p>
      <w:pPr>
        <w:pStyle w:val="Link"/>
      </w:pPr>
      <w:hyperlink r:id="rId79">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stBullet"/>
      </w:pPr>
      <w:r>
        <w:t>Interculturalitat Crítica i Antiracisme</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78"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79"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