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dels drets propis i de les persones i col•lectius de l’entorn proper, fent èmfasi en aquells relacionats amb el reconeixement de les minories i de la diversitat (lingüística, cultural, religiosa...)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Participar activament en la construcció de relacions de convivència interculturals inclusives, basades en el diàleg, l’equitat i el respecte de totes les persones i grups socials.</w:t>
      </w:r>
    </w:p>
    <w:p/>
    <w:p>
      <w:pPr>
        <w:pStyle w:val="Heading1"/>
      </w:pPr>
      <w:r>
        <w:t>CRITERI D'AVALUACIÓ</w:t>
      </w:r>
    </w:p>
    <w:p>
      <w:pPr/>
      <w:r>
        <w:t>Identifiquen els drets propis i de les persones i col·lectius de l’entorn proper, fent èmfasi en aquells relacionats amb el reconeixement de les minories i de la diversitat (lingüística, cultural, religiosa...)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Pluja d'idees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És una enumeració ràpida d’idees per a la posterior reflexió, però sense ser criticades en un primer moment. Les idees que van sorgint s’escriuen a la pissarra i a mesura que el grup va valorant-les, es van eliminant les que el aquest no considera. El brainstorming és una tècnica indicada per a trobar noves solucions i fomentar la creativitat. Les premisses bàsiques són:</w:t>
        <w:br/>
        <w:br/>
        <w:t>El grup ha de conèixer per endavant el tema sobre el qual cal discórrer.</w:t>
        <w:br/>
        <w:br/>
        <w:t>Cada alumne/a pot donar la seva idea lliurement i totes seran acceptades evitant qualsevol manifestació que suprimeixi la lliure expressió.</w:t>
        <w:br/>
        <w:br/>
        <w:t>El docent no intervé. Va escrivint les idees a la pissarra.</w:t>
        <w:br/>
        <w:br/>
        <w:t>Acabat el termini d’idees es passa a discutir-ne la viabilitat.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1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3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Presentació dels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5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6">
        <w:r>
          <w:rPr/>
          <w:t>Formulació de múltiples opcions per a resoldre una tasca</w:t>
        </w:r>
      </w:hyperlink>
    </w:p>
    <w:p>
      <w:pPr>
        <w:pStyle w:val="Link4"/>
      </w:pPr>
      <w:hyperlink r:id="rId17">
        <w:r>
          <w:rPr/>
          <w:t xml:space="preserve">Coneixement del procés de creativitat, incloent anàlisi de la tasca/el problema, i formulació de propostes </w:t>
        </w:r>
      </w:hyperlink>
    </w:p>
    <w:p>
      <w:pPr>
        <w:pStyle w:val="Link4"/>
      </w:pPr>
      <w:hyperlink r:id="rId18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19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21">
        <w:r>
          <w:rPr/>
          <w:t>Introducció als elements essencials per a la construcció de la identitat com a subjecte polític</w:t>
        </w:r>
      </w:hyperlink>
    </w:p>
    <w:p>
      <w:pPr>
        <w:pStyle w:val="Link4"/>
      </w:pPr>
      <w:hyperlink r:id="rId22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nk4"/>
      </w:pPr>
      <w:hyperlink r:id="rId23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24">
        <w:r>
          <w:rPr/>
          <w:t>Presentació de propostes i accions de conservació del medi ambient, el territori i la naturalesa de l’entor proper.</w:t>
        </w:r>
      </w:hyperlink>
    </w:p>
    <w:p>
      <w:pPr>
        <w:pStyle w:val="Link4"/>
      </w:pPr>
      <w:hyperlink r:id="rId25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26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27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28">
        <w:r>
          <w:rPr/>
          <w:t>Participació en la presa de decisions i en la construcció consensuada d'unes normes bàsiques per organitzar la convivència a l’aula i al  centre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29">
        <w:r>
          <w:rPr/>
          <w:t>Diari d'aula</w:t>
        </w:r>
      </w:hyperlink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30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31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32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33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34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3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6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38">
        <w:r>
          <w:rPr/>
          <w:t>Defensa del conflicte com a oportunitat de canvi social</w:t>
        </w:r>
      </w:hyperlink>
    </w:p>
    <w:p>
      <w:pPr>
        <w:pStyle w:val="Link4"/>
      </w:pPr>
      <w:hyperlink r:id="rId39">
        <w:r>
          <w:rPr/>
          <w:t xml:space="preserve">Coneixement de les normes de l’aula </w:t>
        </w:r>
      </w:hyperlink>
    </w:p>
    <w:p>
      <w:pPr>
        <w:pStyle w:val="Link4"/>
      </w:pPr>
      <w:hyperlink r:id="rId40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41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42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43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44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45">
        <w:r>
          <w:rPr/>
          <w:t>Obertura als arguments de les altres persones</w:t>
        </w:r>
      </w:hyperlink>
    </w:p>
    <w:p>
      <w:pPr>
        <w:pStyle w:val="Link4"/>
      </w:pPr>
      <w:hyperlink r:id="rId18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46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47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48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49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50">
        <w:r>
          <w:rPr/>
          <w:t>Presentació dels conceptes de drets i deures</w:t>
        </w:r>
      </w:hyperlink>
    </w:p>
    <w:p>
      <w:pPr>
        <w:pStyle w:val="Link4"/>
      </w:pPr>
      <w:hyperlink r:id="rId5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2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53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54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55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56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5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5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59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60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61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27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2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3">
        <w:r>
          <w:rPr/>
          <w:t>Identificació dels propis drets com a persones i com a membres de determinats col•lectius a partir d’aspectes propers (educació, salut, infància...)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4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65">
        <w:r>
          <w:rPr/>
          <w:t>Inici en la pràctica de presa de decisions i de construcció consensuada d'algunes normes bàsiques per organitzar a la convivència a l’aula i al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66">
        <w:r>
          <w:rPr/>
          <w:t>Reconeixement d'algunes habilitats socials que contribueixen a la convivència intercultural a l'aula, al centre i a l'entor proper (comunicació, escolta activa, diàleg, empatia, provenció, resolució i transformació de conflictes, cooperació, flexibilitat, adaptabilitat) i inici en la seva pràctica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67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i" TargetMode="External"/><Relationship Id="rId1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1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1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m" TargetMode="External"/><Relationship Id="rId1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1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2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i" TargetMode="External"/><Relationship Id="rId2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2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2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i" TargetMode="External"/><Relationship Id="rId2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2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2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2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29" Type="http://schemas.openxmlformats.org/officeDocument/2006/relationships/hyperlink" Target="https://transformarelmon-guia.edualter.org/ca/instruments/diari-daula" TargetMode="External"/><Relationship Id="rId3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3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3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3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3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3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3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4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4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4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4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4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4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4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4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4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4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5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5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5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5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5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5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5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5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5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6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6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62" Type="http://schemas.openxmlformats.org/officeDocument/2006/relationships/hyperlink" Target="https://transformarelmon-guia.edualter.org/ca/instruments/observacio-dactituds" TargetMode="External"/><Relationship Id="rId6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6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6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m" TargetMode="External"/><Relationship Id="rId6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2_int_bc_cm" TargetMode="External"/><Relationship Id="rId6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