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Identificació de les causes (i les conseqüències) de l’existència de diferències i desigualtats socials per motiu d’identitat de gènere, d’identitat sexual i d’opció afectivasexual</w:t>
      </w:r>
    </w:p>
    <w:p/>
    <w:p>
      <w:pPr>
        <w:pStyle w:val="Heading1"/>
      </w:pPr>
      <w:r>
        <w:t>OBJECTIU EIX</w:t>
      </w:r>
    </w:p>
    <w:p>
      <w:pPr/>
      <w:r>
        <w:t>Desenvolupar les capacitats necessàries per promoure els valors d’una ciutadania equitativa entre homes i dones, així com una actitud contrària a les situacions de desigualtat, injustícia i discriminació per motiu de gènere, sexe o opció afectivosexual.</w:t>
      </w:r>
    </w:p>
    <w:p/>
    <w:p>
      <w:pPr>
        <w:pStyle w:val="Heading1"/>
      </w:pPr>
      <w:r>
        <w:t>OBJECTIU BLOC</w:t>
      </w:r>
    </w:p>
    <w:p>
      <w:pPr/>
      <w:r>
        <w:t>Respectar la pluralitat d’identitats de gènere, identitats sexuals i opcions afectivosexuals existents en les societats plurals, així com conèixer les causes i les conseqüències de l’existència de les diferències i desigualtats socials per motiu de gènere, sexe o opció afectivosexual.</w:t>
      </w:r>
    </w:p>
    <w:p/>
    <w:p>
      <w:pPr>
        <w:pStyle w:val="Heading1"/>
      </w:pPr>
      <w:r>
        <w:t>CRITERI D'AVALUACIÓ</w:t>
      </w:r>
    </w:p>
    <w:p>
      <w:pPr/>
      <w:r>
        <w:t>Entenen i expliquen les causes (i les conseqüències) de l’existència de diferències i desigualtats socials per motiu d’identitat de gènere, identitat sexual i opció afectivosexual.</w:t>
      </w:r>
    </w:p>
    <w:p/>
    <w:p>
      <w:pPr>
        <w:pStyle w:val="Heading1"/>
      </w:pPr>
      <w:r>
        <w:t>TIPUS</w:t>
      </w:r>
    </w:p>
    <w:p>
      <w:pPr>
        <w:pStyle w:val="ListBullet"/>
      </w:pPr>
      <w:r>
        <w:t>Saber</w:t>
      </w:r>
    </w:p>
    <w:p/>
    <w:p>
      <w:pPr>
        <w:pStyle w:val="Heading1"/>
      </w:pPr>
      <w:r>
        <w:t>EIX</w:t>
      </w:r>
    </w:p>
    <w:p>
      <w:pPr>
        <w:pStyle w:val="ListBullet"/>
      </w:pPr>
      <w:r>
        <w:t>Gènere i feminismes</w:t>
      </w:r>
    </w:p>
    <w:p/>
    <w:p>
      <w:pPr>
        <w:pStyle w:val="Heading1"/>
      </w:pPr>
      <w:r>
        <w:t>BLOC</w:t>
      </w:r>
    </w:p>
    <w:p>
      <w:pPr>
        <w:pStyle w:val="ListBullet"/>
      </w:pPr>
      <w:r>
        <w:t>G Pluralitat d'identitats de gènere, identitats sexuals i opcions afectivosexuals</w:t>
      </w:r>
    </w:p>
    <w:p/>
    <w:p>
      <w:pPr>
        <w:pStyle w:val="Heading1"/>
      </w:pPr>
      <w:r>
        <w:t>ETAPA</w:t>
      </w:r>
    </w:p>
    <w:p>
      <w:pPr>
        <w:pStyle w:val="ListBullet"/>
      </w:pPr>
      <w:r>
        <w:t>Educació Primària</w:t>
      </w:r>
    </w:p>
    <w:p/>
    <w:p>
      <w:pPr>
        <w:pStyle w:val="Heading1"/>
      </w:pPr>
      <w:r>
        <w:t>CICLE</w:t>
      </w:r>
    </w:p>
    <w:p>
      <w:pPr>
        <w:pStyle w:val="ListBullet"/>
      </w:pPr>
      <w:r>
        <w:t>Cicle Mitjà Primària</w:t>
      </w:r>
    </w:p>
    <w:p/>
    <w:p>
      <w:pPr>
        <w:pStyle w:val="Heading1"/>
      </w:pPr>
      <w:r>
        <w:t>RECOMANACIONS PEDAGÒGIQUES</w:t>
      </w:r>
    </w:p>
    <w:p/>
    <w:p>
      <w:pPr>
        <w:pStyle w:val="Heading2"/>
      </w:pPr>
      <w:r>
        <w:t>ESTRATÈGIES DIDÀCTIQUES</w:t>
      </w:r>
    </w:p>
    <w:p/>
    <w:p>
      <w:pPr>
        <w:pStyle w:val="Heading3"/>
      </w:pPr>
      <w:r>
        <w:t>Mapa conceptual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Els mapes conceptuals són xarxes semàntiques que possibiliten representar de manera gràfica conceptes i les seves interrelacions per mostrar les estructures de coneixement de les persones. Tenen formes senzilles compostes per nodes, que representen els conceptes importants, units per línies amb etiquetes, que simbolitzen el tipus de relació existent entre els conceptes.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Identificació de les principals semblances i diferències de gènere com a element enriquidor de les relacions interpersonals.</w:t>
        </w:r>
      </w:hyperlink>
    </w:p>
    <w:p>
      <w:pPr>
        <w:pStyle w:val="Link4"/>
      </w:pPr>
      <w:hyperlink r:id="rId10">
        <w:r>
          <w:rPr/>
          <w:t>Identificació dels principals fets de protagonisme i influència de les dones al llarg de la història com a motor de canvi i transformació social</w:t>
        </w:r>
      </w:hyperlink>
    </w:p>
    <w:p>
      <w:pPr>
        <w:pStyle w:val="Link4"/>
      </w:pPr>
      <w:hyperlink r:id="rId11">
        <w:r>
          <w:rPr/>
          <w:t>Identificació dels drets i deures individuals i col·lectius en qüestió de gènere.</w:t>
        </w:r>
      </w:hyperlink>
    </w:p>
    <w:p>
      <w:pPr>
        <w:pStyle w:val="Link4"/>
      </w:pPr>
      <w:hyperlink r:id="rId12">
        <w:r>
          <w:rPr/>
          <w:t>Reconeixement  dels drets i deures individuals i col·lectius en qüestió de gènere.</w:t>
        </w:r>
      </w:hyperlink>
    </w:p>
    <w:p>
      <w:pPr>
        <w:pStyle w:val="Link4"/>
      </w:pPr>
      <w:hyperlink r:id="rId13">
        <w:r>
          <w:rPr/>
          <w:t>Introducció a les causes (i les conseqüències) de l’existència de diferències i desigualtats socials per motiu de gènere, sexe i opció afectivasexual</w:t>
        </w:r>
      </w:hyperlink>
    </w:p>
    <w:p>
      <w:pPr>
        <w:pStyle w:val="Link4"/>
      </w:pPr>
      <w:hyperlink r:id="rId14">
        <w:r>
          <w:rPr/>
          <w:t>Identificació de les diferents identitats de gènere, identitats sexuals i opcions afectivosexuals</w:t>
        </w:r>
      </w:hyperlink>
    </w:p>
    <w:p>
      <w:pPr>
        <w:pStyle w:val="Link4"/>
      </w:pPr>
      <w:hyperlink r:id="rId15">
        <w:r>
          <w:rPr/>
          <w:t>Identificació de les causes (i les conseqüències) de l’existència de diferències i desigualtats socials per motiu d’identitat de gènere, d’identitat sexual i d’opció afectivasexual</w:t>
        </w:r>
      </w:hyperlink>
    </w:p>
    <w:p>
      <w:pPr>
        <w:pStyle w:val="Link4"/>
      </w:pPr>
      <w:hyperlink r:id="rId16">
        <w:r>
          <w:rPr/>
          <w:t>Interès per coneixer les causes(i les conseqüències) de l’existència de diferències i desigualtats socials per motiu d’identitat de gènere, d’identitat sexual i d’opció afectivasexual</w:t>
        </w:r>
      </w:hyperlink>
    </w:p>
    <w:p>
      <w:pPr>
        <w:pStyle w:val="Link4"/>
      </w:pPr>
      <w:hyperlink r:id="rId17">
        <w:r>
          <w:rPr/>
          <w:t>Identificació i ús de les eines, mecanismes i recursos de prevenció i protecció en situacions de discriminació i vulnerabilitat per motiu de gènere, sexe o opció afectivasexual.</w:t>
        </w:r>
      </w:hyperlink>
    </w:p>
    <w:p>
      <w:pPr>
        <w:pStyle w:val="Link4"/>
      </w:pPr>
      <w:hyperlink r:id="rId18">
        <w:r>
          <w:rPr/>
          <w:t>Coneixement del paper dels principals actors internacionals i dels mecanismes del dret existents per promoure la pau</w:t>
        </w:r>
      </w:hyperlink>
    </w:p>
    <w:p>
      <w:pPr>
        <w:pStyle w:val="Link4"/>
      </w:pPr>
      <w:hyperlink r:id="rId19">
        <w:r>
          <w:rPr/>
          <w:t xml:space="preserve">Aplicació de les formes per frenar la violència en l’entorn proper (normes contra la violència, actitud personal per rebutjar la violència dins i fora de l’escola...)  </w:t>
        </w:r>
      </w:hyperlink>
    </w:p>
    <w:p>
      <w:pPr>
        <w:pStyle w:val="Link4"/>
      </w:pPr>
      <w:hyperlink r:id="rId20">
        <w:r>
          <w:rPr/>
          <w:t>Coneixement de formes de frenar la violència en l’entorn proper i a nivell mundial   (rebutjar la guerra, estar a favor del desarmament...)</w:t>
        </w:r>
      </w:hyperlink>
    </w:p>
    <w:p>
      <w:pPr>
        <w:pStyle w:val="Link4"/>
      </w:pPr>
      <w:hyperlink r:id="rId21">
        <w:r>
          <w:rPr/>
          <w:t>Identificació de diferents formes de mobilització social per a la defensa i reivindicació de drets en situacions de vulnerabilitat social en l'entorn proper (escola, barri, municipi...)</w:t>
        </w:r>
      </w:hyperlink>
    </w:p>
    <w:p>
      <w:pPr>
        <w:pStyle w:val="Link4"/>
      </w:pPr>
      <w:hyperlink r:id="rId22">
        <w:r>
          <w:rPr/>
          <w:t>Coneixement de diferents situacions de violació de drets humans tant en països en situacions de conflictes armats o amb sistemes polítics no democràtics con en l'entorn proper</w:t>
        </w:r>
      </w:hyperlink>
    </w:p>
    <w:p>
      <w:pPr>
        <w:pStyle w:val="Link4"/>
      </w:pPr>
      <w:hyperlink r:id="rId23">
        <w:r>
          <w:rPr/>
          <w:t>Introducció als elements essencials per a la construcció de la identitat com a subjecte polític</w:t>
        </w:r>
      </w:hyperlink>
    </w:p>
    <w:p>
      <w:pPr>
        <w:pStyle w:val="Link4"/>
      </w:pPr>
      <w:hyperlink r:id="rId24">
        <w:r>
          <w:rPr/>
          <w:t>Presentació dels diferents agents que participen en l’organització de la vida pública</w:t>
        </w:r>
      </w:hyperlink>
    </w:p>
    <w:p>
      <w:pPr>
        <w:pStyle w:val="Link4"/>
      </w:pPr>
      <w:hyperlink r:id="rId25">
        <w:r>
          <w:rPr/>
          <w:t>Presentació dels diferents models de governança i sistemes d’organització política existents</w:t>
        </w:r>
      </w:hyperlink>
    </w:p>
    <w:p>
      <w:pPr>
        <w:pStyle w:val="Link4"/>
      </w:pPr>
      <w:hyperlink r:id="rId26">
        <w:r>
          <w:rPr/>
          <w:t>Identificació dels elements essencials per a la construcció de la identitat com a subjecte polític</w:t>
        </w:r>
      </w:hyperlink>
    </w:p>
    <w:p>
      <w:pPr>
        <w:pStyle w:val="Link4"/>
      </w:pPr>
      <w:hyperlink r:id="rId27">
        <w:r>
          <w:rPr/>
          <w:t>Interès per conèixer els diferents agents que participen en l’organització de la vida pública i les seves funcions en el marc del sistema democràtic</w:t>
        </w:r>
      </w:hyperlink>
    </w:p>
    <w:p>
      <w:pPr>
        <w:pStyle w:val="Link4"/>
      </w:pPr>
      <w:hyperlink r:id="rId28">
        <w:r>
          <w:rPr/>
          <w:t>Identificació dels diferents agents que participen en l’organització de la vida pública i les seves funcions en el marc del sistema democràtic</w:t>
        </w:r>
      </w:hyperlink>
    </w:p>
    <w:p>
      <w:pPr>
        <w:pStyle w:val="Link4"/>
      </w:pPr>
      <w:hyperlink r:id="rId29">
        <w:r>
          <w:rPr/>
          <w:t xml:space="preserve">Anàlisi del tipus de relacions que s’estableixen entre els diferents agents que participen en l’organització de la vida pública i de les seves funcions </w:t>
        </w:r>
      </w:hyperlink>
    </w:p>
    <w:p>
      <w:pPr>
        <w:pStyle w:val="Link4"/>
      </w:pPr>
      <w:hyperlink r:id="rId30">
        <w:r>
          <w:rPr/>
          <w:t>Anàlisi  dels diferents models de governança i sistemes d’organització política, fent especial èmfasi en el procés i l’orientació de les polítiques proposades</w:t>
        </w:r>
      </w:hyperlink>
    </w:p>
    <w:p>
      <w:pPr>
        <w:pStyle w:val="Link4"/>
      </w:pPr>
      <w:hyperlink r:id="rId31">
        <w:r>
          <w:rPr/>
          <w:t>Reflexió crítica sobre el tipus de relacions que s’estableixen entre els diferents agents que participen en l’organització de la vida pública i sobre les seves funcions</w:t>
        </w:r>
      </w:hyperlink>
    </w:p>
    <w:p>
      <w:pPr>
        <w:pStyle w:val="Link4"/>
      </w:pPr>
      <w:hyperlink r:id="rId32">
        <w:r>
          <w:rPr/>
          <w:t>Identificació d’hàbits i comportaments respectuosos amb el medi ambient, el territori i la naturalesa, i implementació de petites accions al respecte</w:t>
        </w:r>
      </w:hyperlink>
    </w:p>
    <w:p>
      <w:pPr>
        <w:pStyle w:val="Link4"/>
      </w:pPr>
      <w:hyperlink r:id="rId33">
        <w:r>
          <w:rPr/>
          <w:t>Identificació de les funcions dels diferents elements que configuren el medi ambient, el territori i la naturalesa.</w:t>
        </w:r>
      </w:hyperlink>
    </w:p>
    <w:p>
      <w:pPr>
        <w:pStyle w:val="Link4"/>
      </w:pPr>
      <w:hyperlink r:id="rId34">
        <w:r>
          <w:rPr/>
          <w:t>Presentació de les diferents cosmologies i cosmogonies, i la seva vinculació amb el medi ambient, el territori i la naturalesa.</w:t>
        </w:r>
      </w:hyperlink>
    </w:p>
    <w:p>
      <w:pPr>
        <w:pStyle w:val="Link4"/>
      </w:pPr>
      <w:hyperlink r:id="rId35">
        <w:r>
          <w:rPr/>
          <w:t>Presentació dels drets i deures individuals i col·lectius en qüestió mediambiental.</w:t>
        </w:r>
      </w:hyperlink>
    </w:p>
    <w:p>
      <w:pPr>
        <w:pStyle w:val="Link4"/>
      </w:pPr>
      <w:hyperlink r:id="rId36">
        <w:r>
          <w:rPr/>
          <w:t>Coneixement de les funcions dels diferents elements que configuren el medi ambient, el territori i la naturalesa</w:t>
        </w:r>
      </w:hyperlink>
    </w:p>
    <w:p>
      <w:pPr>
        <w:pStyle w:val="Link4"/>
      </w:pPr>
      <w:hyperlink r:id="rId37">
        <w:r>
          <w:rPr/>
          <w:t>Coneixement de les diferents cosmologies i cosmogonies, i la seva vinculació amb el medi ambient, el territori i la naturalesa.</w:t>
        </w:r>
      </w:hyperlink>
    </w:p>
    <w:p>
      <w:pPr>
        <w:pStyle w:val="Link4"/>
      </w:pPr>
      <w:hyperlink r:id="rId38">
        <w:r>
          <w:rPr/>
          <w:t>Identificació dels drets i deures individuals i col·lectius que garanteixin la protecció del mediambient.</w:t>
        </w:r>
      </w:hyperlink>
    </w:p>
    <w:p>
      <w:pPr>
        <w:pStyle w:val="Link4"/>
      </w:pPr>
      <w:hyperlink r:id="rId39">
        <w:r>
          <w:rPr/>
          <w:t>Anàlisi  de les funcions dels diferents elements que configuren el medi ambient, el territori i la naturalesa</w:t>
        </w:r>
      </w:hyperlink>
    </w:p>
    <w:p>
      <w:pPr>
        <w:pStyle w:val="Link4"/>
      </w:pPr>
      <w:hyperlink r:id="rId40">
        <w:r>
          <w:rPr/>
          <w:t>Aprofundiment en el coneixement de les causes i conseqüències dels diferents problemes mediambientals degut a l’impacte de l’activitat humana a nivell local i a escala global</w:t>
        </w:r>
      </w:hyperlink>
    </w:p>
    <w:p>
      <w:pPr>
        <w:pStyle w:val="Link4"/>
      </w:pPr>
      <w:hyperlink r:id="rId41">
        <w:r>
          <w:rPr/>
          <w:t>Anàlisi de les diferents cosmologies i cosmogonies, i la seva vinculació amb el medi ambient, el territori i la naturalesa</w:t>
        </w:r>
      </w:hyperlink>
    </w:p>
    <w:p>
      <w:pPr>
        <w:pStyle w:val="Link4"/>
      </w:pPr>
      <w:hyperlink r:id="rId42">
        <w:r>
          <w:rPr/>
          <w:t>Coneixement i anàlisi dels drets i deures individuals  i col·lectius que garanteixin la protecció del medi ambient a nivell local i a escala global</w:t>
        </w:r>
      </w:hyperlink>
    </w:p>
    <w:p>
      <w:pPr>
        <w:pStyle w:val="Link4"/>
      </w:pPr>
      <w:hyperlink r:id="rId43">
        <w:r>
          <w:rPr/>
          <w:t>Identificació de les diferents accions humanes que es produeixen sobre el medi ambient, el territori i la naturalesa</w:t>
        </w:r>
      </w:hyperlink>
    </w:p>
    <w:p>
      <w:pPr>
        <w:pStyle w:val="Link4"/>
      </w:pPr>
      <w:hyperlink r:id="rId44">
        <w:r>
          <w:rPr/>
          <w:t>Identificació dels diferents elements característics de la societat de consum.</w:t>
        </w:r>
      </w:hyperlink>
    </w:p>
    <w:p>
      <w:pPr>
        <w:pStyle w:val="Link4"/>
      </w:pPr>
      <w:hyperlink r:id="rId45">
        <w:r>
          <w:rPr/>
          <w:t>Identificació de diferents alternatives de consum o activitats econòmiques relacionades amb la producció de béns i serveis.</w:t>
        </w:r>
      </w:hyperlink>
    </w:p>
    <w:p>
      <w:pPr>
        <w:pStyle w:val="Link4"/>
      </w:pPr>
      <w:hyperlink r:id="rId46">
        <w:r>
          <w:rPr/>
          <w:t>Coneixement de diferents alternatives de consum o activitats econòmiques relacionades amb la producció de béns i serveis.</w:t>
        </w:r>
      </w:hyperlink>
    </w:p>
    <w:p>
      <w:pPr>
        <w:pStyle w:val="Link4"/>
      </w:pPr>
      <w:hyperlink r:id="rId47">
        <w:r>
          <w:rPr/>
          <w:t>Coneixement dels diferents elements característics de la societat de consum i dels mitjans de comunicació i publicitaris que els donen cobertura</w:t>
        </w:r>
      </w:hyperlink>
    </w:p>
    <w:p/>
    <w:p>
      <w:pPr>
        <w:pStyle w:val="Heading3"/>
      </w:pPr>
      <w:r>
        <w:t>Aprenentatge basat en problemes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L'aprenentatge basat en problemes (APB) és una tècnica fonamentada en el constructivisme on l’alumnat és part activa en l’organització i resolució d’un problema plantejat pel professorat. Es parteix d’un conjunt d’activitats i propostes de treball entorn una situació, escenari o problema.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48">
        <w:r>
          <w:rPr/>
          <w:t>Interès per conèixer el paper de la dona i els saber femenins al llarg de la història com a motor de canvi i transformació social.</w:t>
        </w:r>
      </w:hyperlink>
    </w:p>
    <w:p>
      <w:pPr>
        <w:pStyle w:val="Link4"/>
      </w:pPr>
      <w:hyperlink r:id="rId49">
        <w:r>
          <w:rPr/>
          <w:t>Identificació de les principals situacions de desigualtat, injustícia i discriminació per motiu de gènere, sexe o opció afectivosexual.</w:t>
        </w:r>
      </w:hyperlink>
    </w:p>
    <w:p>
      <w:pPr>
        <w:pStyle w:val="Link4"/>
      </w:pPr>
      <w:hyperlink r:id="rId10">
        <w:r>
          <w:rPr/>
          <w:t>Identificació dels principals fets de protagonisme i influència de les dones al llarg de la història com a motor de canvi i transformació social</w:t>
        </w:r>
      </w:hyperlink>
    </w:p>
    <w:p>
      <w:pPr>
        <w:pStyle w:val="Link4"/>
      </w:pPr>
      <w:hyperlink r:id="rId11">
        <w:r>
          <w:rPr/>
          <w:t>Identificació dels drets i deures individuals i col·lectius en qüestió de gènere.</w:t>
        </w:r>
      </w:hyperlink>
    </w:p>
    <w:p>
      <w:pPr>
        <w:pStyle w:val="Link4"/>
      </w:pPr>
      <w:hyperlink r:id="rId50">
        <w:r>
          <w:rPr/>
          <w:t>Sensibilització en les semblances i  diferències de gènere com a element enriquidor de les relacions interpersonals.</w:t>
        </w:r>
      </w:hyperlink>
    </w:p>
    <w:p>
      <w:pPr>
        <w:pStyle w:val="Link4"/>
      </w:pPr>
      <w:hyperlink r:id="rId51">
        <w:r>
          <w:rPr/>
          <w:t>Sensibilització sobre el paper de la dona i els sabers femenins com a motor de canvi i transformació social.</w:t>
        </w:r>
      </w:hyperlink>
    </w:p>
    <w:p>
      <w:pPr>
        <w:pStyle w:val="Link4"/>
      </w:pPr>
      <w:hyperlink r:id="rId52">
        <w:r>
          <w:rPr/>
          <w:t>Observació de diferents conductes i relacions interpersonals basades en el respecte, el diàleg i la igualtat</w:t>
        </w:r>
      </w:hyperlink>
    </w:p>
    <w:p>
      <w:pPr>
        <w:pStyle w:val="Link4"/>
      </w:pPr>
      <w:hyperlink r:id="rId14">
        <w:r>
          <w:rPr/>
          <w:t>Identificació de les diferents identitats de gènere, identitats sexuals i opcions afectivosexuals</w:t>
        </w:r>
      </w:hyperlink>
    </w:p>
    <w:p>
      <w:pPr>
        <w:pStyle w:val="Link4"/>
      </w:pPr>
      <w:hyperlink r:id="rId15">
        <w:r>
          <w:rPr/>
          <w:t>Identificació de les causes (i les conseqüències) de l’existència de diferències i desigualtats socials per motiu d’identitat de gènere, d’identitat sexual i d’opció afectivasexual</w:t>
        </w:r>
      </w:hyperlink>
    </w:p>
    <w:p>
      <w:pPr>
        <w:pStyle w:val="Link4"/>
      </w:pPr>
      <w:hyperlink r:id="rId53">
        <w:r>
          <w:rPr/>
          <w:t>Anàlisi de les causes (i les conseqüències) de l’existència de diferències i desigualtats socials per motiu de gènere, d’identitat sexual i opció afectivasexual</w:t>
        </w:r>
      </w:hyperlink>
    </w:p>
    <w:p>
      <w:pPr>
        <w:pStyle w:val="Link4"/>
      </w:pPr>
      <w:hyperlink r:id="rId54">
        <w:r>
          <w:rPr/>
          <w:t>Reflexió crítica de les causes (i les conseqüències) de l’existència de diferències i desigualtats socials per motiu de gènere, d’identitat sexual i opció afectivasexual</w:t>
        </w:r>
      </w:hyperlink>
    </w:p>
    <w:p>
      <w:pPr>
        <w:pStyle w:val="Link4"/>
      </w:pPr>
      <w:hyperlink r:id="rId55">
        <w:r>
          <w:rPr/>
          <w:t>Presentació de comportaments i actituds discriminatòries en diferents àmbits de la vida</w:t>
        </w:r>
      </w:hyperlink>
    </w:p>
    <w:p>
      <w:pPr>
        <w:pStyle w:val="Link4"/>
      </w:pPr>
      <w:hyperlink r:id="rId56">
        <w:r>
          <w:rPr/>
          <w:t>Introducció a les diferents eines, mecanismes i recursos de prevenció i protecció en situacions de discriminació i vulnerabilitat per motiu de gènere, sexe i opció afectivosexual</w:t>
        </w:r>
      </w:hyperlink>
    </w:p>
    <w:p>
      <w:pPr>
        <w:pStyle w:val="Link4"/>
      </w:pPr>
      <w:hyperlink r:id="rId57">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58">
        <w:r>
          <w:rPr/>
          <w:t>Identificació de les fases del conflicte (abans, durant o després de la crisi)</w:t>
        </w:r>
      </w:hyperlink>
    </w:p>
    <w:p>
      <w:pPr>
        <w:pStyle w:val="Link4"/>
      </w:pPr>
      <w:hyperlink r:id="rId59">
        <w:r>
          <w:rPr/>
          <w:t>Formulació de múltiples opcions per a resoldre una tasca</w:t>
        </w:r>
      </w:hyperlink>
    </w:p>
    <w:p>
      <w:pPr>
        <w:pStyle w:val="Link4"/>
      </w:pPr>
      <w:hyperlink r:id="rId60">
        <w:r>
          <w:rPr/>
          <w:t>Introducció als mecanismes de transformació de conflictes en funció de la fase en la que es troba el conflicte</w:t>
        </w:r>
      </w:hyperlink>
    </w:p>
    <w:p>
      <w:pPr>
        <w:pStyle w:val="Link4"/>
      </w:pPr>
      <w:hyperlink r:id="rId61">
        <w:r>
          <w:rPr/>
          <w:t>Coneixement dels mecanismes de transformació de conflictes (provenció, normes de grup, anàlisi i negociació, mediació, reparació) en funció de la fase en la que es troba el conflicte</w:t>
        </w:r>
      </w:hyperlink>
    </w:p>
    <w:p>
      <w:pPr>
        <w:pStyle w:val="Link4"/>
      </w:pPr>
      <w:hyperlink r:id="rId62">
        <w:r>
          <w:rPr/>
          <w:t>Capacitat d’aplicar  mecanismes de transformació de conflictes corresponent en funció de la fase en la qual es troba el conflicte</w:t>
        </w:r>
      </w:hyperlink>
    </w:p>
    <w:p>
      <w:pPr>
        <w:pStyle w:val="Link4"/>
      </w:pPr>
      <w:hyperlink r:id="rId63">
        <w:r>
          <w:rPr/>
          <w:t>Consciència del procés de creativitat, i domini dels instruments de formulació d’idees per resoldre una tasca o un conflicte</w:t>
        </w:r>
      </w:hyperlink>
    </w:p>
    <w:p>
      <w:pPr>
        <w:pStyle w:val="Link4"/>
      </w:pPr>
      <w:hyperlink r:id="rId64">
        <w:r>
          <w:rPr/>
          <w:t>Capacitat d’aplicar amb destresa els mecanismes de transformació de conflictes corresponent en funció de la fase en la qual es troba el conflicte</w:t>
        </w:r>
      </w:hyperlink>
    </w:p>
    <w:p>
      <w:pPr>
        <w:pStyle w:val="Link4"/>
      </w:pPr>
      <w:hyperlink r:id="rId65">
        <w:r>
          <w:rPr/>
          <w:t>Aplicació de la creativitat en contextos reals per tal de trobar formes alternatives de resoldre una tasca o un conflicte</w:t>
        </w:r>
      </w:hyperlink>
    </w:p>
    <w:p>
      <w:pPr>
        <w:pStyle w:val="Link4"/>
      </w:pPr>
      <w:hyperlink r:id="rId66">
        <w:r>
          <w:rPr/>
          <w:t>Anàlisi crític  de les alternatives al militarisme, a la despesa militar, les guerres i a les formes de violència en general, properes i globals</w:t>
        </w:r>
      </w:hyperlink>
    </w:p>
    <w:p>
      <w:pPr>
        <w:pStyle w:val="Link4"/>
      </w:pPr>
      <w:hyperlink r:id="rId67">
        <w:r>
          <w:rPr/>
          <w:t>Participació reflexiva en una iniciativa alternativa al militarisme, la despesa militar, les guerres i a les formes de violència en general</w:t>
        </w:r>
      </w:hyperlink>
    </w:p>
    <w:p>
      <w:pPr>
        <w:pStyle w:val="Link4"/>
      </w:pPr>
      <w:hyperlink r:id="rId68">
        <w:r>
          <w:rPr/>
          <w:t>Identificació d'alguns dels drets humans reconeguts en la Convenció dels Drets de la Infància</w:t>
        </w:r>
      </w:hyperlink>
    </w:p>
    <w:p>
      <w:pPr>
        <w:pStyle w:val="Link4"/>
      </w:pPr>
      <w:hyperlink r:id="rId69">
        <w:r>
          <w:rPr/>
          <w:t>Reconeixement de diferents  situacions de marginació, discriminació, injustícia i violació de drets fonamentals en l’entorn proper</w:t>
        </w:r>
      </w:hyperlink>
    </w:p>
    <w:p>
      <w:pPr>
        <w:pStyle w:val="Link4"/>
      </w:pPr>
      <w:hyperlink r:id="rId70">
        <w:r>
          <w:rPr/>
          <w:t xml:space="preserve">Anàlisi crítica de les diferents vinculacions existents entre la protecció dels drets humans i  la garantia de la pau, el desenvolupament i la democràcia  </w:t>
        </w:r>
      </w:hyperlink>
    </w:p>
    <w:p>
      <w:pPr>
        <w:pStyle w:val="Link4"/>
      </w:pPr>
      <w:hyperlink r:id="rId71">
        <w:r>
          <w:rPr/>
          <w:t>Presentació de les característiques de les institucions escolars, i de les seves  relacions amb altres institucions de l’entorn proper</w:t>
        </w:r>
      </w:hyperlink>
    </w:p>
    <w:p>
      <w:pPr>
        <w:pStyle w:val="Link4"/>
      </w:pPr>
      <w:hyperlink r:id="rId25">
        <w:r>
          <w:rPr/>
          <w:t>Presentació dels diferents models de governança i sistemes d’organització política existents</w:t>
        </w:r>
      </w:hyperlink>
    </w:p>
    <w:p>
      <w:pPr>
        <w:pStyle w:val="Link4"/>
      </w:pPr>
      <w:hyperlink r:id="rId72">
        <w:r>
          <w:rPr/>
          <w:t>Presentació de missatges procedents dels mitjans de comunicació, Internet i altres fonts per tal de començar a familiartizar-se amb la influència que tenen en la construcció de l’opinió personal i en la concepció del món</w:t>
        </w:r>
      </w:hyperlink>
    </w:p>
    <w:p>
      <w:pPr>
        <w:pStyle w:val="Link4"/>
      </w:pPr>
      <w:hyperlink r:id="rId26">
        <w:r>
          <w:rPr/>
          <w:t>Identificació dels elements essencials per a la construcció de la identitat com a subjecte polític</w:t>
        </w:r>
      </w:hyperlink>
    </w:p>
    <w:p>
      <w:pPr>
        <w:pStyle w:val="Link4"/>
      </w:pPr>
      <w:hyperlink r:id="rId27">
        <w:r>
          <w:rPr/>
          <w:t>Interès per conèixer els diferents agents que participen en l’organització de la vida pública i les seves funcions en el marc del sistema democràtic</w:t>
        </w:r>
      </w:hyperlink>
    </w:p>
    <w:p>
      <w:pPr>
        <w:pStyle w:val="Link4"/>
      </w:pPr>
      <w:hyperlink r:id="rId73">
        <w:r>
          <w:rPr/>
          <w:t>Coneixement de les característiques i  funcions de les institucions escolars i de  les interdependències existents amb altres institucions, associacions, moviments i xarxes socials de l’entorn proper</w:t>
        </w:r>
      </w:hyperlink>
    </w:p>
    <w:p>
      <w:pPr>
        <w:pStyle w:val="Link4"/>
      </w:pPr>
      <w:hyperlink r:id="rId74">
        <w:r>
          <w:rPr/>
          <w:t>Coneixement dels diferents models de governança i sistemes d’organització política existents</w:t>
        </w:r>
      </w:hyperlink>
    </w:p>
    <w:p>
      <w:pPr>
        <w:pStyle w:val="Link4"/>
      </w:pPr>
      <w:hyperlink r:id="rId75">
        <w:r>
          <w:rPr/>
          <w:t>Coneixement de les característiques dels diferents models de governança i sistemes d’organització política existents.</w:t>
        </w:r>
      </w:hyperlink>
    </w:p>
    <w:p>
      <w:pPr>
        <w:pStyle w:val="Link4"/>
      </w:pPr>
      <w:hyperlink r:id="rId76">
        <w:r>
          <w:rPr/>
          <w:t>Interès en prendre decisions de forma autònoma i expressar-les</w:t>
        </w:r>
      </w:hyperlink>
    </w:p>
    <w:p>
      <w:pPr>
        <w:pStyle w:val="Link4"/>
      </w:pPr>
      <w:hyperlink r:id="rId77">
        <w:r>
          <w:rPr/>
          <w:t>Introducció a les causes i conseqüències dels diferents problemes mediambientals degut a l’activitat humana</w:t>
        </w:r>
      </w:hyperlink>
    </w:p>
    <w:p>
      <w:pPr>
        <w:pStyle w:val="Link4"/>
      </w:pPr>
      <w:hyperlink r:id="rId78">
        <w:r>
          <w:rPr/>
          <w:t>Reflexió crítica sobre les funcions dels diferents elements que configuren el medi ambient, el territori i la naturalesa.</w:t>
        </w:r>
      </w:hyperlink>
    </w:p>
    <w:p>
      <w:pPr>
        <w:pStyle w:val="Link4"/>
      </w:pPr>
      <w:hyperlink r:id="rId79">
        <w:r>
          <w:rPr/>
          <w:t>Reconeixement dels drets i deures individuals i col·lectius que garanteixin un entorn mediambiental segur per al desenvolupament dels éssers vius, en general, i de les les persones, en concret</w:t>
        </w:r>
      </w:hyperlink>
    </w:p>
    <w:p>
      <w:pPr>
        <w:pStyle w:val="Link4"/>
      </w:pPr>
      <w:hyperlink r:id="rId80">
        <w:r>
          <w:rPr/>
          <w:t>Valoració dels diferents elements que configuren el medi ambient, el territori proper i llunyà, i la naturalesa.</w:t>
        </w:r>
      </w:hyperlink>
    </w:p>
    <w:p>
      <w:pPr>
        <w:pStyle w:val="Link4"/>
      </w:pPr>
      <w:hyperlink r:id="rId81">
        <w:r>
          <w:rPr/>
          <w:t>Promoció i respecte dels drets individuals i col·lectius que garanteixen un entorn mediambiental segur per al desenvolupament dels éssers vius, en general, i de les persones, en concret.</w:t>
        </w:r>
      </w:hyperlink>
    </w:p>
    <w:p>
      <w:pPr>
        <w:pStyle w:val="Link4"/>
      </w:pPr>
      <w:hyperlink r:id="rId82">
        <w:r>
          <w:rPr/>
          <w:t>Interès en participar en propostes i accions de conservació del medi ambient, el territori i la naturalesa de l’entorn proper.</w:t>
        </w:r>
      </w:hyperlink>
    </w:p>
    <w:p>
      <w:pPr>
        <w:pStyle w:val="Link4"/>
      </w:pPr>
      <w:hyperlink r:id="rId83">
        <w:r>
          <w:rPr/>
          <w:t>Pràctica  d’iniciatives basades reducció, reutilització i reciclatge com a estratègies per a la cura del medi ambient, el territori i la naturalesa de l’entorn proper.</w:t>
        </w:r>
      </w:hyperlink>
    </w:p>
    <w:p>
      <w:pPr>
        <w:pStyle w:val="Link4"/>
      </w:pPr>
      <w:hyperlink r:id="rId45">
        <w:r>
          <w:rPr/>
          <w:t>Identificació de diferents alternatives de consum o activitats econòmiques relacionades amb la producció de béns i serveis.</w:t>
        </w:r>
      </w:hyperlink>
    </w:p>
    <w:p/>
    <w:p>
      <w:pPr>
        <w:pStyle w:val="Heading4"/>
      </w:pPr>
      <w:r>
        <w:t>INSTRUMENTS D'AVALUACIÓ</w:t>
      </w:r>
    </w:p>
    <w:p>
      <w:pPr>
        <w:pStyle w:val="Link4"/>
      </w:pPr>
      <w:hyperlink r:id="rId84">
        <w:r>
          <w:rPr/>
          <w:t>Portafoli</w:t>
        </w:r>
      </w:hyperlink>
    </w:p>
    <w:p/>
    <w:p>
      <w:pPr>
        <w:pStyle w:val="Heading3"/>
      </w:pPr>
      <w:r>
        <w:t>Grup d'investigació</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grup d'investigació és una tècnica que es va idear per afrontar tasques complexes o de múltiples font d’informació amb la intenció de potenciar capacitats d’anàlisis i síntesis de l’alumnat, alhora que afavorir el desenvolupament de les habilitats comunicatives i socials. La tècnica es basa en grups cooperatius guiats pels seus propis interessos sobre un tema proposat, repartint-se la tasca a realitzar. Cada grup planifica com desenvolupar la part de la tasca assignada.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d'interdependència positiva</w:t>
      </w:r>
    </w:p>
    <w:p/>
    <w:p>
      <w:pPr>
        <w:pStyle w:val="Heading4"/>
      </w:pPr>
      <w:r>
        <w:t>ÀMBIT</w:t>
      </w:r>
    </w:p>
    <w:p>
      <w:pPr>
        <w:pStyle w:val="ListBullet2"/>
      </w:pPr>
      <w:r>
        <w:t>Aula</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49">
        <w:r>
          <w:rPr/>
          <w:t>Identificació de les principals situacions de desigualtat, injustícia i discriminació per motiu de gènere, sexe o opció afectivosexual.</w:t>
        </w:r>
      </w:hyperlink>
    </w:p>
    <w:p>
      <w:pPr>
        <w:pStyle w:val="Link4"/>
      </w:pPr>
      <w:hyperlink r:id="rId10">
        <w:r>
          <w:rPr/>
          <w:t>Identificació dels principals fets de protagonisme i influència de les dones al llarg de la història com a motor de canvi i transformació social</w:t>
        </w:r>
      </w:hyperlink>
    </w:p>
    <w:p>
      <w:pPr>
        <w:pStyle w:val="Link4"/>
      </w:pPr>
      <w:hyperlink r:id="rId11">
        <w:r>
          <w:rPr/>
          <w:t>Identificació dels drets i deures individuals i col·lectius en qüestió de gènere.</w:t>
        </w:r>
      </w:hyperlink>
    </w:p>
    <w:p>
      <w:pPr>
        <w:pStyle w:val="Link4"/>
      </w:pPr>
      <w:hyperlink r:id="rId50">
        <w:r>
          <w:rPr/>
          <w:t>Sensibilització en les semblances i  diferències de gènere com a element enriquidor de les relacions interpersonals.</w:t>
        </w:r>
      </w:hyperlink>
    </w:p>
    <w:p>
      <w:pPr>
        <w:pStyle w:val="Link4"/>
      </w:pPr>
      <w:hyperlink r:id="rId85">
        <w:r>
          <w:rPr/>
          <w:t>Aprofundiment de les princials situacions de desigualtat, injustícia i discriminació per motiu de gènere, sexe o opció afectivosexual.</w:t>
        </w:r>
      </w:hyperlink>
    </w:p>
    <w:p>
      <w:pPr>
        <w:pStyle w:val="Link4"/>
      </w:pPr>
      <w:hyperlink r:id="rId51">
        <w:r>
          <w:rPr/>
          <w:t>Sensibilització sobre el paper de la dona i els sabers femenins com a motor de canvi i transformació social.</w:t>
        </w:r>
      </w:hyperlink>
    </w:p>
    <w:p>
      <w:pPr>
        <w:pStyle w:val="Link4"/>
      </w:pPr>
      <w:hyperlink r:id="rId12">
        <w:r>
          <w:rPr/>
          <w:t>Reconeixement  dels drets i deures individuals i col·lectius en qüestió de gènere.</w:t>
        </w:r>
      </w:hyperlink>
    </w:p>
    <w:p>
      <w:pPr>
        <w:pStyle w:val="Link4"/>
      </w:pPr>
      <w:hyperlink r:id="rId86">
        <w:r>
          <w:rPr/>
          <w:t>Valoració de les semblances i diferències de gènere com a element enriquidor de les relacions interpersonals.</w:t>
        </w:r>
      </w:hyperlink>
    </w:p>
    <w:p>
      <w:pPr>
        <w:pStyle w:val="Link4"/>
      </w:pPr>
      <w:hyperlink r:id="rId87">
        <w:r>
          <w:rPr/>
          <w:t>Reflexió crítica de les semblances i les diferències de gènere com a element enriquidor de les relacions interpersonals.</w:t>
        </w:r>
      </w:hyperlink>
    </w:p>
    <w:p>
      <w:pPr>
        <w:pStyle w:val="Link4"/>
      </w:pPr>
      <w:hyperlink r:id="rId15">
        <w:r>
          <w:rPr/>
          <w:t>Identificació de les causes (i les conseqüències) de l’existència de diferències i desigualtats socials per motiu d’identitat de gènere, d’identitat sexual i d’opció afectivasexual</w:t>
        </w:r>
      </w:hyperlink>
    </w:p>
    <w:p>
      <w:pPr>
        <w:pStyle w:val="Link4"/>
      </w:pPr>
      <w:hyperlink r:id="rId88">
        <w:r>
          <w:rPr/>
          <w:t>Sensibilització en les diferents identitats de gènere, identitats sexuals i opcions afectivosexuals</w:t>
        </w:r>
      </w:hyperlink>
    </w:p>
    <w:p>
      <w:pPr>
        <w:pStyle w:val="Link4"/>
      </w:pPr>
      <w:hyperlink r:id="rId16">
        <w:r>
          <w:rPr/>
          <w:t>Interès per coneixer les causes(i les conseqüències) de l’existència de diferències i desigualtats socials per motiu d’identitat de gènere, d’identitat sexual i d’opció afectivasexual</w:t>
        </w:r>
      </w:hyperlink>
    </w:p>
    <w:p>
      <w:pPr>
        <w:pStyle w:val="Link4"/>
      </w:pPr>
      <w:hyperlink r:id="rId89">
        <w:r>
          <w:rPr/>
          <w:t>Identificació de comportaments i actituds discriminatòries en diferents àmbits de la vida</w:t>
        </w:r>
      </w:hyperlink>
    </w:p>
    <w:p>
      <w:pPr>
        <w:pStyle w:val="Link4"/>
      </w:pPr>
      <w:hyperlink r:id="rId17">
        <w:r>
          <w:rPr/>
          <w:t>Identificació i ús de les eines, mecanismes i recursos de prevenció i protecció en situacions de discriminació i vulnerabilitat per motiu de gènere, sexe o opció afectivasexual.</w:t>
        </w:r>
      </w:hyperlink>
    </w:p>
    <w:p>
      <w:pPr>
        <w:pStyle w:val="Link4"/>
      </w:pPr>
      <w:hyperlink r:id="rId57">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90">
        <w:r>
          <w:rPr/>
          <w:t xml:space="preserve">Valoració negativa dels estereotips, prejudicis i discriminacions envers la identitat de gènere, la identitat sexual i l’opció afectivosexual </w:t>
        </w:r>
      </w:hyperlink>
    </w:p>
    <w:p>
      <w:pPr>
        <w:pStyle w:val="Link4"/>
      </w:pPr>
      <w:hyperlink r:id="rId91">
        <w:r>
          <w:rPr/>
          <w:t>Ús de les diferents eines, mecanismes i recursos de prevenció i protecció en situacions de discriminació i vulnerabilitat per motiu de gènere, sexe o opció afectivasexual</w:t>
        </w:r>
      </w:hyperlink>
    </w:p>
    <w:p>
      <w:pPr>
        <w:pStyle w:val="Link4"/>
      </w:pPr>
      <w:hyperlink r:id="rId92">
        <w:r>
          <w:rPr/>
          <w:t>Visió crítica envers els estereotips  i prejudicis de gènere en les diferents dimensions i àmbits personals i socials.</w:t>
        </w:r>
      </w:hyperlink>
    </w:p>
    <w:p>
      <w:pPr>
        <w:pStyle w:val="Link4"/>
      </w:pPr>
      <w:hyperlink r:id="rId93">
        <w:r>
          <w:rPr/>
          <w:t>Proposició de diferents eines, mecanismes i recursos de prevenció i protecció en situacions de discriminació i vulnerabilitat per motiu de gènere, sexe o opció afectivasexual</w:t>
        </w:r>
      </w:hyperlink>
    </w:p>
    <w:p>
      <w:pPr>
        <w:pStyle w:val="Link4"/>
      </w:pPr>
      <w:hyperlink r:id="rId94">
        <w:r>
          <w:rPr/>
          <w:t>Introducció a la dimensió internacional, al planeta i a altres països</w:t>
        </w:r>
      </w:hyperlink>
    </w:p>
    <w:p>
      <w:pPr>
        <w:pStyle w:val="Link4"/>
      </w:pPr>
      <w:hyperlink r:id="rId95">
        <w:r>
          <w:rPr/>
          <w:t>Presentació de les Nacions Unides i dels drets humans</w:t>
        </w:r>
      </w:hyperlink>
    </w:p>
    <w:p>
      <w:pPr>
        <w:pStyle w:val="Link4"/>
      </w:pPr>
      <w:hyperlink r:id="rId96">
        <w:r>
          <w:rPr/>
          <w:t>Coneixement del rol de les Nacions Unides i del dret internacional</w:t>
        </w:r>
      </w:hyperlink>
    </w:p>
    <w:p>
      <w:pPr>
        <w:pStyle w:val="Link4"/>
      </w:pPr>
      <w:hyperlink r:id="rId18">
        <w:r>
          <w:rPr/>
          <w:t>Coneixement del paper dels principals actors internacionals i dels mecanismes del dret existents per promoure la pau</w:t>
        </w:r>
      </w:hyperlink>
    </w:p>
    <w:p>
      <w:pPr>
        <w:pStyle w:val="Link4"/>
      </w:pPr>
      <w:hyperlink r:id="rId97">
        <w:r>
          <w:rPr/>
          <w:t>Valoració crítica dels principals actors i del dret internacionals existents, i de les pràctiques que suposen una oportunitat per promoure la pau</w:t>
        </w:r>
      </w:hyperlink>
    </w:p>
    <w:p>
      <w:pPr>
        <w:pStyle w:val="Link4"/>
      </w:pPr>
      <w:hyperlink r:id="rId98">
        <w:r>
          <w:rPr/>
          <w:t>Coneixement dels drets humans individuals i col.lectius reconeguts en la Declaració Universal dels Drets Humans, Convenció sobre els Drets de l’Infant, Estatut d’Autonomia i Constitució espanyola</w:t>
        </w:r>
      </w:hyperlink>
    </w:p>
    <w:p>
      <w:pPr>
        <w:pStyle w:val="Link4"/>
      </w:pPr>
      <w:hyperlink r:id="rId99">
        <w:r>
          <w:rPr/>
          <w:t>Anàlisi crítica de la trajectòria històrica dels drets humans (drets civils i polítics; drets socials, econòmics, ambientals i culturals;  drets emergents) i  dels instruments de protecció existents (Declaració Universal dels Drets Humans, Convenció Drets de l’Infant, Estatut d’Autonomia, Constitució Espanyola...)</w:t>
        </w:r>
      </w:hyperlink>
    </w:p>
    <w:p>
      <w:pPr>
        <w:pStyle w:val="Link4"/>
      </w:pPr>
      <w:hyperlink r:id="rId100">
        <w:r>
          <w:rPr/>
          <w:t>Reflexió crítica sobre la la situació actual dels drets humans al món, analitzant la seva trajectòria històrica (drets civils i polítics, drets socials, econòmics, ambientals i culturals, drets emergents), així com els instruments de protecció existents (Declaració Universal, Convenció Drets de l’Infant, Estatut d’Autonomia, Constitució Espanyola...)</w:t>
        </w:r>
      </w:hyperlink>
    </w:p>
    <w:p>
      <w:pPr>
        <w:pStyle w:val="Link4"/>
      </w:pPr>
      <w:hyperlink r:id="rId74">
        <w:r>
          <w:rPr/>
          <w:t>Coneixement dels diferents models de governança i sistemes d’organització política existents</w:t>
        </w:r>
      </w:hyperlink>
    </w:p>
    <w:p>
      <w:pPr>
        <w:pStyle w:val="Link4"/>
      </w:pPr>
      <w:hyperlink r:id="rId101">
        <w:r>
          <w:rPr/>
          <w:t>Identificació de les diferents funcions, límits i interdependències existents entre institucions, associacions, moviments i xarxes socials de l’àmbit escolar i  local</w:t>
        </w:r>
      </w:hyperlink>
    </w:p>
    <w:p>
      <w:pPr>
        <w:pStyle w:val="Link4"/>
      </w:pPr>
      <w:hyperlink r:id="rId102">
        <w:r>
          <w:rPr/>
          <w:t>Anàlisi i valoració  de les funcions, límits i interdependències existents entre institucions, associacions, moviments i xarxes socialS de l’àmbit local, nacional i internacional</w:t>
        </w:r>
      </w:hyperlink>
    </w:p>
    <w:p>
      <w:pPr>
        <w:pStyle w:val="Link4"/>
      </w:pPr>
      <w:hyperlink r:id="rId103">
        <w:r>
          <w:rPr/>
          <w:t>Reflexió crítica sobre els mecanismes de regulació i control existents per garantir el funcionament democràtic de les institucions, associacions, moviments i xarxes socials i altres actors polítics i econòmics a nivell local i global</w:t>
        </w:r>
      </w:hyperlink>
    </w:p>
    <w:p>
      <w:pPr>
        <w:pStyle w:val="Link4"/>
      </w:pPr>
      <w:hyperlink r:id="rId104">
        <w:r>
          <w:rPr/>
          <w:t>Reflexió crítica sobre els diferents models de governança i sistemes d’organització política, fent especial èmfasi en el procés i l’orientació de les polítiques proposades</w:t>
        </w:r>
      </w:hyperlink>
    </w:p>
    <w:p>
      <w:pPr>
        <w:pStyle w:val="Link4"/>
      </w:pPr>
      <w:hyperlink r:id="rId36">
        <w:r>
          <w:rPr/>
          <w:t>Coneixement de les funcions dels diferents elements que configuren el medi ambient, el territori i la naturalesa</w:t>
        </w:r>
      </w:hyperlink>
    </w:p>
    <w:p>
      <w:pPr>
        <w:pStyle w:val="Link4"/>
      </w:pPr>
      <w:hyperlink r:id="rId105">
        <w:r>
          <w:rPr/>
          <w:t>Interès per conèixer les causes i conseqüències dels diferents problemes mediambientals degut a l’activitat humana.</w:t>
        </w:r>
      </w:hyperlink>
    </w:p>
    <w:p>
      <w:pPr>
        <w:pStyle w:val="Link4"/>
      </w:pPr>
      <w:hyperlink r:id="rId37">
        <w:r>
          <w:rPr/>
          <w:t>Coneixement de les diferents cosmologies i cosmogonies, i la seva vinculació amb el medi ambient, el territori i la naturalesa.</w:t>
        </w:r>
      </w:hyperlink>
    </w:p>
    <w:p>
      <w:pPr>
        <w:pStyle w:val="Link4"/>
      </w:pPr>
      <w:hyperlink r:id="rId39">
        <w:r>
          <w:rPr/>
          <w:t>Anàlisi  de les funcions dels diferents elements que configuren el medi ambient, el territori i la naturalesa</w:t>
        </w:r>
      </w:hyperlink>
    </w:p>
    <w:p>
      <w:pPr>
        <w:pStyle w:val="Link4"/>
      </w:pPr>
      <w:hyperlink r:id="rId40">
        <w:r>
          <w:rPr/>
          <w:t>Aprofundiment en el coneixement de les causes i conseqüències dels diferents problemes mediambientals degut a l’impacte de l’activitat humana a nivell local i a escala global</w:t>
        </w:r>
      </w:hyperlink>
    </w:p>
    <w:p>
      <w:pPr>
        <w:pStyle w:val="Link4"/>
      </w:pPr>
      <w:hyperlink r:id="rId41">
        <w:r>
          <w:rPr/>
          <w:t>Anàlisi de les diferents cosmologies i cosmogonies, i la seva vinculació amb el medi ambient, el territori i la naturalesa</w:t>
        </w:r>
      </w:hyperlink>
    </w:p>
    <w:p>
      <w:pPr>
        <w:pStyle w:val="Link4"/>
      </w:pPr>
      <w:hyperlink r:id="rId42">
        <w:r>
          <w:rPr/>
          <w:t>Coneixement i anàlisi dels drets i deures individuals  i col·lectius que garanteixin la protecció del medi ambient a nivell local i a escala global</w:t>
        </w:r>
      </w:hyperlink>
    </w:p>
    <w:p>
      <w:pPr>
        <w:pStyle w:val="Link4"/>
      </w:pPr>
      <w:hyperlink r:id="rId106">
        <w:r>
          <w:rPr/>
          <w:t>Disseny de plans d’actuació i millora d’hàbits respectuosos amb el medi ambient i l’entorn natural proper de manera col·laborativa.</w:t>
        </w:r>
      </w:hyperlink>
    </w:p>
    <w:p>
      <w:pPr>
        <w:pStyle w:val="Link4"/>
      </w:pPr>
      <w:hyperlink r:id="rId78">
        <w:r>
          <w:rPr/>
          <w:t>Reflexió crítica sobre les funcions dels diferents elements que configuren el medi ambient, el territori i la naturalesa.</w:t>
        </w:r>
      </w:hyperlink>
    </w:p>
    <w:p>
      <w:pPr>
        <w:pStyle w:val="Link4"/>
      </w:pPr>
      <w:hyperlink r:id="rId107">
        <w:r>
          <w:rPr/>
          <w:t>Valoració de les diferents cosmologies i cosmogonies, i la seva vinculació amb el medi ambient, el territori i la naturalesa.</w:t>
        </w:r>
      </w:hyperlink>
    </w:p>
    <w:p>
      <w:pPr>
        <w:pStyle w:val="Link4"/>
      </w:pPr>
      <w:hyperlink r:id="rId108">
        <w:r>
          <w:rPr/>
          <w:t xml:space="preserve">Defensa i cura del medi ambient envers la seva regressió  i deteriorament. </w:t>
        </w:r>
      </w:hyperlink>
    </w:p>
    <w:p>
      <w:pPr>
        <w:pStyle w:val="Link4"/>
      </w:pPr>
      <w:hyperlink r:id="rId80">
        <w:r>
          <w:rPr/>
          <w:t>Valoració dels diferents elements que configuren el medi ambient, el territori proper i llunyà, i la naturalesa.</w:t>
        </w:r>
      </w:hyperlink>
    </w:p>
    <w:p>
      <w:pPr>
        <w:pStyle w:val="Link4"/>
      </w:pPr>
      <w:hyperlink r:id="rId109">
        <w:r>
          <w:rPr/>
          <w:t>Defensa i reivindicació de les diferents cosmologies i cosmogonies, i la seva vinculació amb el medi ambient, el territori i la naturalesa.</w:t>
        </w:r>
      </w:hyperlink>
    </w:p>
    <w:p>
      <w:pPr>
        <w:pStyle w:val="Link4"/>
      </w:pPr>
      <w:hyperlink r:id="rId43">
        <w:r>
          <w:rPr/>
          <w:t>Identificació de les diferents accions humanes que es produeixen sobre el medi ambient, el territori i la naturalesa</w:t>
        </w:r>
      </w:hyperlink>
    </w:p>
    <w:p>
      <w:pPr>
        <w:pStyle w:val="Link4"/>
      </w:pPr>
      <w:hyperlink r:id="rId83">
        <w:r>
          <w:rPr/>
          <w:t>Pràctica  d’iniciatives basades reducció, reutilització i reciclatge com a estratègies per a la cura del medi ambient, el territori i la naturalesa de l’entorn proper.</w:t>
        </w:r>
      </w:hyperlink>
    </w:p>
    <w:p>
      <w:pPr>
        <w:pStyle w:val="Link4"/>
      </w:pPr>
      <w:hyperlink r:id="rId45">
        <w:r>
          <w:rPr/>
          <w:t>Identificació de diferents alternatives de consum o activitats econòmiques relacionades amb la producció de béns i serveis.</w:t>
        </w:r>
      </w:hyperlink>
    </w:p>
    <w:p>
      <w:pPr>
        <w:pStyle w:val="Link4"/>
      </w:pPr>
      <w:hyperlink r:id="rId110">
        <w:r>
          <w:rPr/>
          <w:t>Aprofundiment en els diferents elements característics de la societat de consum.</w:t>
        </w:r>
      </w:hyperlink>
    </w:p>
    <w:p>
      <w:pPr>
        <w:pStyle w:val="Link4"/>
      </w:pPr>
      <w:hyperlink r:id="rId46">
        <w:r>
          <w:rPr/>
          <w:t>Coneixement de diferents alternatives de consum o activitats econòmiques relacionades amb la producció de béns i serveis.</w:t>
        </w:r>
      </w:hyperlink>
    </w:p>
    <w:p>
      <w:pPr>
        <w:pStyle w:val="Link4"/>
      </w:pPr>
      <w:hyperlink r:id="rId47">
        <w:r>
          <w:rPr/>
          <w:t>Coneixement dels diferents elements característics de la societat de consum i dels mitjans de comunicació i publicitaris que els donen cobertura</w:t>
        </w:r>
      </w:hyperlink>
    </w:p>
    <w:p>
      <w:pPr>
        <w:pStyle w:val="Link4"/>
      </w:pPr>
      <w:hyperlink r:id="rId111">
        <w:r>
          <w:rPr/>
          <w:t>Assumpció de les conseqüències que tenen les pròpies accions sobre el medi natural, i de mesurar-ne l’impacte.</w:t>
        </w:r>
      </w:hyperlink>
    </w:p>
    <w:p>
      <w:pPr>
        <w:pStyle w:val="Link4"/>
      </w:pPr>
      <w:hyperlink r:id="rId112">
        <w:r>
          <w:rPr/>
          <w:t>Implicació en propostes i accions de conservació i protecció del medi ambint, el territori i la naturalesa.</w:t>
        </w:r>
      </w:hyperlink>
    </w:p>
    <w:p>
      <w:pPr>
        <w:pStyle w:val="Link4"/>
      </w:pPr>
      <w:hyperlink r:id="rId113">
        <w:r>
          <w:rPr/>
          <w:t>Disseny i aplicació d’iniciatives basades en la reducció, la reutilització i el reciclatge per conservar el medi ambient, el territori i la naturalesa de l’entorn proper i llunyà.</w:t>
        </w:r>
      </w:hyperlink>
    </w:p>
    <w:p>
      <w:pPr>
        <w:pStyle w:val="Link4"/>
      </w:pPr>
      <w:hyperlink r:id="rId114">
        <w:r>
          <w:rPr/>
          <w:t>Anàlisi crítica de diferents alternatives de consum o activitats econòmiques relacionades amb la producció de béns i serveis.</w:t>
        </w:r>
      </w:hyperlink>
    </w:p>
    <w:p>
      <w:pPr>
        <w:pStyle w:val="Link4"/>
      </w:pPr>
      <w:hyperlink r:id="rId115">
        <w:r>
          <w:rPr/>
          <w:t>Anàlisi crítica dels diferents elements característics de la societat de consum, valorant possibles alternatives de consum o d’activitats econòmiques amb la producció de béns i serveis</w:t>
        </w:r>
      </w:hyperlink>
    </w:p>
    <w:p>
      <w:pPr>
        <w:pStyle w:val="Link4"/>
      </w:pPr>
      <w:hyperlink r:id="rId116">
        <w:r>
          <w:rPr/>
          <w:t>Conscienciació envers les pròpies accions sobre el medi natural i l’impacte que tenen.</w:t>
        </w:r>
      </w:hyperlink>
    </w:p>
    <w:p>
      <w:pPr>
        <w:pStyle w:val="Link4"/>
      </w:pPr>
      <w:hyperlink r:id="rId117">
        <w:r>
          <w:rPr/>
          <w:t>Compromís i implicació en desenvolupar propostes i accions de conservació del medi ambient, el territori i la naturalesa.</w:t>
        </w:r>
      </w:hyperlink>
    </w:p>
    <w:p>
      <w:pPr>
        <w:pStyle w:val="Link4"/>
      </w:pPr>
      <w:hyperlink r:id="rId118">
        <w:r>
          <w:rPr/>
          <w:t>Creativitat en el disseny d’iniciatives basades en la  reducció, la reutilització i el reciclatge, per tal de millorar la conservació del medi ambient, el territori i la naturalesa.</w:t>
        </w:r>
      </w:hyperlink>
    </w:p>
    <w:p>
      <w:pPr>
        <w:pStyle w:val="Link4"/>
      </w:pPr>
      <w:hyperlink r:id="rId119">
        <w:r>
          <w:rPr/>
          <w:t>Posicionament i reflexió crítica sobre les diferents alternatives sorgides per compensar l’impacte mediambiental de la societat de consum.</w:t>
        </w:r>
      </w:hyperlink>
    </w:p>
    <w:p>
      <w:pPr>
        <w:pStyle w:val="Link4"/>
      </w:pPr>
      <w:hyperlink r:id="rId120">
        <w:r>
          <w:rPr/>
          <w:t>Reflexió crítica en relació a la societat de consum i les seves característiques, proposant alternatives de consum o activitats econòmiques relacionades amb la producció de béns i serveis.</w:t>
        </w:r>
      </w:hyperlink>
    </w:p>
    <w:p>
      <w:pPr>
        <w:pStyle w:val="Link4"/>
      </w:pPr>
      <w:hyperlink r:id="rId121">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122">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123">
        <w:r>
          <w:rPr/>
          <w:t>Reflexió crítica sobre els diferents sistemes de creences, valors, cosmovisions  i formes de vida presents en l’entorn proper i al món, respectant i valorant la diversitat cultural existent com una oportunitat d'aprenentatge i enriquiment</w:t>
        </w:r>
      </w:hyperlink>
    </w:p>
    <w:p>
      <w:pPr>
        <w:pStyle w:val="Link4"/>
      </w:pPr>
      <w:hyperlink r:id="rId124">
        <w:r>
          <w:rPr/>
          <w:t>Anàlisi de les causes, conseqüències i caractarístiques dels fenòmens migratoris al llarg de la història de la humanitat i en l'actualitat</w:t>
        </w:r>
      </w:hyperlink>
    </w:p>
    <w:p>
      <w:pPr>
        <w:pStyle w:val="Link4"/>
      </w:pPr>
      <w:hyperlink r:id="rId125">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126">
        <w:r>
          <w:rPr/>
          <w:t>Comprensió crítica de les causes, conseqüències  i característiques de les migracions actuals en el context de la globalització econòmica i de les comunicacions</w:t>
        </w:r>
      </w:hyperlink>
    </w:p>
    <w:p>
      <w:pPr>
        <w:pStyle w:val="Link4"/>
      </w:pPr>
      <w:hyperlink r:id="rId127">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28">
        <w:r>
          <w:rPr/>
          <w:t>Observació de situacions de discriminació, exclusió, dominació o violència  envers persones i grups per motiu del seu origen o pertinença en l’entorn proper de l'alumnat</w:t>
        </w:r>
      </w:hyperlink>
    </w:p>
    <w:p>
      <w:pPr>
        <w:pStyle w:val="Link4"/>
      </w:pPr>
      <w:hyperlink r:id="rId129">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30">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31">
        <w:r>
          <w:rPr/>
          <w:t>Coneixement d'eines, mecanismes i recursos útils per detectar i prevenir comportaments i/o situacions de discriminació, exclusió, dominació o violència envers les persones i grups per motiu del seu origen o pertinença, i aplicació d’aquestes estratègies en els diferents àmbits relacionals</w:t>
        </w:r>
      </w:hyperlink>
    </w:p>
    <w:p>
      <w:pPr>
        <w:pStyle w:val="Link4"/>
      </w:pPr>
      <w:hyperlink r:id="rId132">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
      <w:pPr>
        <w:pStyle w:val="Heading4"/>
      </w:pPr>
      <w:r>
        <w:t>INSTRUMENTS D'AVALUACIÓ</w:t>
      </w:r>
    </w:p>
    <w:p>
      <w:pPr>
        <w:pStyle w:val="Link4"/>
      </w:pPr>
      <w:hyperlink r:id="rId133">
        <w:r>
          <w:rPr/>
          <w:t>Carpeta d'aprenentatge</w:t>
        </w:r>
      </w:hyperlink>
    </w:p>
    <w:p>
      <w:pPr>
        <w:pStyle w:val="Link4"/>
      </w:pPr>
      <w:hyperlink r:id="rId84">
        <w:r>
          <w:rPr/>
          <w:t>Portafoli</w:t>
        </w:r>
      </w:hyperlink>
    </w:p>
    <w:p>
      <w:pPr>
        <w:pStyle w:val="Link4"/>
      </w:pPr>
      <w:hyperlink r:id="rId134">
        <w:r>
          <w:rPr/>
          <w:t>Rúbrica Perspeciva Feminista</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1"/>
      </w:pPr>
      <w:r>
        <w:t>CONTINGUTS VINCULATS</w:t>
      </w:r>
    </w:p>
    <w:p>
      <w:pPr>
        <w:pStyle w:val="Link"/>
      </w:pPr>
      <w:hyperlink r:id="rId13">
        <w:r>
          <w:rPr/>
          <w:t>Introducció a les causes (i les conseqüències) de l’existència de diferències i desigualtats socials per motiu de gènere, sexe i opció afectivasexual</w:t>
        </w:r>
      </w:hyperlink>
    </w:p>
    <w:p>
      <w:pPr>
        <w:pStyle w:val="ListBullet"/>
      </w:pPr>
      <w:r>
        <w:t>Gènere i feminismes</w:t>
      </w:r>
    </w:p>
    <w:p>
      <w:pPr>
        <w:pStyle w:val="ListBullet"/>
      </w:pPr>
      <w:r>
        <w:t>Educació Primària</w:t>
      </w:r>
    </w:p>
    <w:p>
      <w:pPr>
        <w:pStyle w:val="Link"/>
      </w:pPr>
      <w:hyperlink r:id="rId135">
        <w:r>
          <w:rPr/>
          <w:t>Identificació dels elements essencials per a iniciar el procés de construcció de la identitat de gènere, identitat sexual i opció afectivasexual</w:t>
        </w:r>
      </w:hyperlink>
    </w:p>
    <w:p>
      <w:pPr>
        <w:pStyle w:val="ListBullet"/>
      </w:pPr>
      <w:r>
        <w:t>Gènere i feminismes</w:t>
      </w:r>
    </w:p>
    <w:p>
      <w:pPr>
        <w:pStyle w:val="ListBullet"/>
      </w:pPr>
      <w:r>
        <w:t>Educació Primària</w:t>
      </w:r>
    </w:p>
    <w:p>
      <w:pPr>
        <w:pStyle w:val="Link"/>
      </w:pPr>
      <w:hyperlink r:id="rId14">
        <w:r>
          <w:rPr/>
          <w:t>Identificació de les diferents identitats de gènere, identitats sexuals i opcions afectivosexuals</w:t>
        </w:r>
      </w:hyperlink>
    </w:p>
    <w:p>
      <w:pPr>
        <w:pStyle w:val="ListBullet"/>
      </w:pPr>
      <w:r>
        <w:t>Gènere i feminismes</w:t>
      </w:r>
    </w:p>
    <w:p>
      <w:pPr>
        <w:pStyle w:val="ListBullet"/>
      </w:pPr>
      <w:r>
        <w:t>Educació Primària</w:t>
      </w:r>
    </w:p>
    <w:p>
      <w:pPr>
        <w:pStyle w:val="ListBullet"/>
      </w:pPr>
      <w:r>
        <w:t>Competència ciutadana</w:t>
      </w:r>
    </w:p>
    <w:p>
      <w:pPr>
        <w:pStyle w:val="Link"/>
      </w:pPr>
      <w:hyperlink r:id="rId136">
        <w:r>
          <w:rPr/>
          <w:t>Pràctica de diferents conductes i relacions interpersonals basades en el respecte, el diàleg i la igualtat</w:t>
        </w:r>
      </w:hyperlink>
    </w:p>
    <w:p>
      <w:pPr>
        <w:pStyle w:val="ListBullet"/>
      </w:pPr>
      <w:r>
        <w:t>Gènere i feminismes</w:t>
      </w:r>
    </w:p>
    <w:p>
      <w:pPr>
        <w:pStyle w:val="ListBullet"/>
      </w:pPr>
      <w:r>
        <w:t>Educació Primària</w:t>
      </w:r>
    </w:p>
    <w:p>
      <w:pPr>
        <w:pStyle w:val="Link"/>
      </w:pPr>
      <w:hyperlink r:id="rId137">
        <w:r>
          <w:rPr/>
          <w:t>Identificació dels trets constitutius de la pròpia identitat de gènere, identitat sexual i opció afectivasexual</w:t>
        </w:r>
      </w:hyperlink>
    </w:p>
    <w:p>
      <w:pPr>
        <w:pStyle w:val="ListBullet"/>
      </w:pPr>
      <w:r>
        <w:t>Gènere i feminismes</w:t>
      </w:r>
    </w:p>
    <w:p>
      <w:pPr>
        <w:pStyle w:val="ListBullet"/>
      </w:pPr>
      <w:r>
        <w:t>Educació Primària</w:t>
      </w:r>
    </w:p>
    <w:p>
      <w:pPr>
        <w:pStyle w:val="Link"/>
      </w:pPr>
      <w:hyperlink r:id="rId16">
        <w:r>
          <w:rPr/>
          <w:t>Interès per coneixer les causes(i les conseqüències) de l’existència de diferències i desigualtats socials per motiu d’identitat de gènere, d’identitat sexual i d’opció afectivasexual</w:t>
        </w:r>
      </w:hyperlink>
    </w:p>
    <w:p>
      <w:pPr>
        <w:pStyle w:val="ListBullet"/>
      </w:pPr>
      <w:r>
        <w:t>Gènere i feminismes</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primaria/i2_gen_ba_cm"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primaria/i4_gen_ba_cm" TargetMode="External"/><Relationship Id="rId11" Type="http://schemas.openxmlformats.org/officeDocument/2006/relationships/hyperlink" Target="https://transformarelmon-guia.edualter.org/ca/orientacions-pedagogiques/enfocament-de-genere/masculinitats-i-feminitats/masculinitats-i-feminitats-contingut-daprenentatge/contingut-daprenentatge-primaria/i5_gen_ba_cm" TargetMode="External"/><Relationship Id="rId12" Type="http://schemas.openxmlformats.org/officeDocument/2006/relationships/hyperlink" Target="https://transformarelmon-guia.edualter.org/ca/orientacions-pedagogiques/enfocament-de-genere/masculinitats-i-feminitats/masculinitats-i-feminitats-contingut-daprenentatge/contingut-daprenentatge-primaria/i5_gen_ba_cs" TargetMode="External"/><Relationship Id="rId1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1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m" TargetMode="External"/><Relationship Id="rId1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1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1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m" TargetMode="External"/><Relationship Id="rId1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1s2" TargetMode="External"/><Relationship Id="rId1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m" TargetMode="External"/><Relationship Id="rId2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s" TargetMode="External"/><Relationship Id="rId21"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m" TargetMode="External"/><Relationship Id="rId22"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m" TargetMode="External"/><Relationship Id="rId23"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i" TargetMode="External"/><Relationship Id="rId24"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i" TargetMode="External"/><Relationship Id="rId25"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i" TargetMode="External"/><Relationship Id="rId2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m" TargetMode="External"/><Relationship Id="rId2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m" TargetMode="External"/><Relationship Id="rId2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s" TargetMode="External"/><Relationship Id="rId2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2_ddhh_bb_s1s2" TargetMode="External"/><Relationship Id="rId3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4_ddhh_bb_s1s2" TargetMode="External"/><Relationship Id="rId3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2_ddhh_bb_s3s4" TargetMode="External"/><Relationship Id="rId3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i" TargetMode="External"/><Relationship Id="rId3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i" TargetMode="External"/><Relationship Id="rId3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i" TargetMode="External"/><Relationship Id="rId3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i" TargetMode="External"/><Relationship Id="rId3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m" TargetMode="External"/><Relationship Id="rId3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m" TargetMode="External"/><Relationship Id="rId3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m" TargetMode="External"/><Relationship Id="rId3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s" TargetMode="External"/><Relationship Id="rId4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s" TargetMode="External"/><Relationship Id="rId4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s" TargetMode="External"/><Relationship Id="rId4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s" TargetMode="External"/><Relationship Id="rId4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i" TargetMode="External"/><Relationship Id="rId4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i" TargetMode="External"/><Relationship Id="rId4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4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4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48" Type="http://schemas.openxmlformats.org/officeDocument/2006/relationships/hyperlink" Target="https://transformarelmon-guia.edualter.org/ca/orientacions-pedagogiques/enfocament-de-genere/masculinitats-i-feminitats/masculinitats-i-feminitats-contingut-daprenentatge/contingut-daprenentatge-primaria/i4_gen_ba_ci" TargetMode="External"/><Relationship Id="rId49" Type="http://schemas.openxmlformats.org/officeDocument/2006/relationships/hyperlink" Target="https://transformarelmon-guia.edualter.org/ca/orientacions-pedagogiques/enfocament-de-genere/masculinitats-i-feminitats/masculinitats-i-feminitats-contingut-daprenentatge/contingut-daprenentatge-primaria/i3_gen_ba_cm" TargetMode="External"/><Relationship Id="rId50" Type="http://schemas.openxmlformats.org/officeDocument/2006/relationships/hyperlink" Target="https://transformarelmon-guia.edualter.org/ca/orientacions-pedagogiques/enfocament-de-genere/masculinitats-i-feminitats/masculinitats-i-feminitats-contingut-daprenentatge/contingut-daprenentatge-primaria/i2_gen_ba_cs" TargetMode="External"/><Relationship Id="rId51" Type="http://schemas.openxmlformats.org/officeDocument/2006/relationships/hyperlink" Target="https://transformarelmon-guia.edualter.org/ca/orientacions-pedagogiques/enfocament-de-genere/masculinitats-i-feminitats/masculinitats-i-feminitats-contingut-daprenentatge/contingut-daprenentatge-primaria/i4_gen_ba_cs" TargetMode="External"/><Relationship Id="rId5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5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5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55"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i" TargetMode="External"/><Relationship Id="rId56"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i" TargetMode="External"/><Relationship Id="rId5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s" TargetMode="External"/><Relationship Id="rId5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5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8_cp_bb_ci" TargetMode="External"/><Relationship Id="rId6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6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6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6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8_cp_bb_s1s2" TargetMode="External"/><Relationship Id="rId6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6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8_cp_bb_s3s4" TargetMode="External"/><Relationship Id="rId6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1s2" TargetMode="External"/><Relationship Id="rId6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3s4" TargetMode="External"/><Relationship Id="rId68"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m" TargetMode="External"/><Relationship Id="rId69"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m" TargetMode="External"/><Relationship Id="rId70" Type="http://schemas.openxmlformats.org/officeDocument/2006/relationships/hyperlink" Target="https://transformarelmon-guia.edualter.org/ca/orientacions-pedagogiques/drets-humans-ciutadania-i-governanca/bloc-a-el-sistema-de-proteccio-dels-drets-humans/contingut-aprenentatge-bloc-a/contingut-aprenentatge-secundaria/i5_ddhh_ba_s1s2" TargetMode="External"/><Relationship Id="rId7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i" TargetMode="External"/><Relationship Id="rId72"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5_ddhh_bb_ci" TargetMode="External"/><Relationship Id="rId73"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74"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m" TargetMode="External"/><Relationship Id="rId75"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7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7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i" TargetMode="External"/><Relationship Id="rId7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1s2" TargetMode="External"/><Relationship Id="rId7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1s2" TargetMode="External"/><Relationship Id="rId8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3s4" TargetMode="External"/><Relationship Id="rId8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3s4" TargetMode="External"/><Relationship Id="rId8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m" TargetMode="External"/><Relationship Id="rId8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84" Type="http://schemas.openxmlformats.org/officeDocument/2006/relationships/hyperlink" Target="https://transformarelmon-guia.edualter.org/ca/instruments/portafoli1" TargetMode="External"/><Relationship Id="rId85" Type="http://schemas.openxmlformats.org/officeDocument/2006/relationships/hyperlink" Target="https://transformarelmon-guia.edualter.org/ca/orientacions-pedagogiques/enfocament-de-genere/masculinitats-i-feminitats/masculinitats-i-feminitats-contingut-daprenentatge/contingut-daprenentatge-primaria/i3_gen_ba_cs" TargetMode="External"/><Relationship Id="rId86"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87" Type="http://schemas.openxmlformats.org/officeDocument/2006/relationships/hyperlink" Target="https://transformarelmon-guia.edualter.org/ca/orientacions-pedagogiques/enfocament-de-genere/masculinitats-i-feminitats/masculinitats-i-feminitats-contingut-daprenentatge/contingut-daprenentatge-secundaria/i2_gen_ba_s3s4" TargetMode="External"/><Relationship Id="rId8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8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m" TargetMode="External"/><Relationship Id="rId90"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1s2" TargetMode="External"/><Relationship Id="rId91"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1s2" TargetMode="External"/><Relationship Id="rId9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3s4" TargetMode="External"/><Relationship Id="rId9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3s4" TargetMode="External"/><Relationship Id="rId9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i" TargetMode="External"/><Relationship Id="rId9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m-1" TargetMode="External"/><Relationship Id="rId9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s" TargetMode="External"/><Relationship Id="rId9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3s4" TargetMode="External"/><Relationship Id="rId98"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s" TargetMode="External"/><Relationship Id="rId99" Type="http://schemas.openxmlformats.org/officeDocument/2006/relationships/hyperlink" Target="https://transformarelmon-guia.edualter.org/ca/orientacions-pedagogiques/drets-humans-ciutadania-i-governanca/bloc-a-el-sistema-de-proteccio-dels-drets-humans/contingut-aprenentatge-bloc-a/contingut-aprenentatge-secundaria/i2_ddhh_ba_s1s2" TargetMode="External"/><Relationship Id="rId100" Type="http://schemas.openxmlformats.org/officeDocument/2006/relationships/hyperlink" Target="https://transformarelmon-guia.edualter.org/ca/orientacions-pedagogiques/drets-humans-ciutadania-i-governanca/bloc-a-el-sistema-de-proteccio-dels-drets-humans/contingut-aprenentatge-bloc-a/contingut-aprenentatge-secundaria/i2_ddhh_ba_s3s4" TargetMode="External"/><Relationship Id="rId10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102"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1s2" TargetMode="External"/><Relationship Id="rId103"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3s4" TargetMode="External"/><Relationship Id="rId104"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4_ddhh_bb_s3s4" TargetMode="External"/><Relationship Id="rId10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m" TargetMode="External"/><Relationship Id="rId10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1s2" TargetMode="External"/><Relationship Id="rId10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1s2" TargetMode="External"/><Relationship Id="rId10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3s4" TargetMode="External"/><Relationship Id="rId10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3s4" TargetMode="External"/><Relationship Id="rId11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11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11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11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11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11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11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11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11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11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12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121"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m" TargetMode="External"/><Relationship Id="rId122"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s" TargetMode="External"/><Relationship Id="rId123"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1s2" TargetMode="External"/><Relationship Id="rId124"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1s2" TargetMode="External"/><Relationship Id="rId125"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3s4" TargetMode="External"/><Relationship Id="rId126"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3s4" TargetMode="External"/><Relationship Id="rId127"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i" TargetMode="External"/><Relationship Id="rId128"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i" TargetMode="External"/><Relationship Id="rId12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m" TargetMode="External"/><Relationship Id="rId13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s" TargetMode="External"/><Relationship Id="rId13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s" TargetMode="External"/><Relationship Id="rId13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3s4" TargetMode="External"/><Relationship Id="rId133" Type="http://schemas.openxmlformats.org/officeDocument/2006/relationships/hyperlink" Target="https://transformarelmon-guia.edualter.org/ca/instruments/carpeta-daprenentatge" TargetMode="External"/><Relationship Id="rId134" Type="http://schemas.openxmlformats.org/officeDocument/2006/relationships/hyperlink" Target="https://transformarelmon-guia.edualter.org/ca/instruments/rubrica-perspeciva-feminista" TargetMode="External"/><Relationship Id="rId13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m" TargetMode="External"/><Relationship Id="rId13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13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