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Observació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Coneixen diferents conductes i relacions interpersonals basades en el respecte, el diàleg i la igualtat i s’esforcen per posar-les en pràctica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3">
        <w:r>
          <w:rPr/>
          <w:t>Percepció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04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transformarelmon-guia.edualter.org/ca/instruments/portafoli1" TargetMode="External"/><Relationship Id="rId10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0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