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els principals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3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transformarelmon-guia.edualter.org/ca/instruments/diari-daula" TargetMode="External"/><Relationship Id="rId8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8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