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SECUNDÀRIA</w:t>
      </w:r>
    </w:p>
    <w:p/>
    <w:p>
      <w:pPr>
        <w:pStyle w:val="Title"/>
      </w:pPr>
      <w:r>
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</w:r>
    </w:p>
    <w:p/>
    <w:p>
      <w:pPr>
        <w:pStyle w:val="Heading1"/>
      </w:pPr>
      <w:r>
        <w:t>OBJECTIU EIX</w:t>
      </w:r>
    </w:p>
    <w:p>
      <w:pPr/>
      <w:r>
        <w:t>Ser persones crítiques, responsables, solidàries i actives en la defensa dels drets humans i la participació democràtica orientades a la construcció d’una societat més justa i equitativa.</w:t>
      </w:r>
    </w:p>
    <w:p/>
    <w:p>
      <w:pPr>
        <w:pStyle w:val="Heading1"/>
      </w:pPr>
      <w:r>
        <w:t>OBJECTIU BLOC</w:t>
      </w:r>
    </w:p>
    <w:p>
      <w:pPr/>
      <w:r>
        <w:t>Participar activament en accions i projectes orientats a millorar les condicions de convivència democràtica, assumint la responsabilitat i el compromís derivats de les pròpies decisions i accions.</w:t>
      </w:r>
    </w:p>
    <w:p/>
    <w:p>
      <w:pPr>
        <w:pStyle w:val="Heading1"/>
      </w:pPr>
      <w:r>
        <w:t>CRITERI D'AVALUACIÓ</w:t>
      </w:r>
    </w:p>
    <w:p>
      <w:pPr/>
      <w:r>
        <w:t>Participen activament en la planificació, organització i realització de tasques o projectes en l’àmbit escolar, familiar i en l’entorn proper, orientades a assolir objectius comuns que contribueixin a millorar les garanties de llibertat, igualtat i justícia, a nivell local i global.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Drets Humans, participació i governança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D Participació democràtica i ciutadania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Primer i segon d’ESO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Campanya de sensibilització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campanya de sensibilització és una proposta d'ampli abast que pretén, en primer lloc, despertar i activar la sensibilitat moral de les persones cap a un tema carregat de valors; en segon lloc, analitzar el tema en tota la seva profunditat; en tercer lloc, reflexionar sobre les accions que s'estan realitzat actualment; i finalment, motivar que es generin propostes diferents per generar un canvi i una millora de la situació actual.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d'interdependència positiva</w:t>
      </w:r>
    </w:p>
    <w:p>
      <w:pPr>
        <w:pStyle w:val="ListBullet2"/>
      </w:pPr>
      <w:r>
        <w:t>Estratègies per a la transformació social i el desenvolupament comunitari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Centre</w:t>
      </w:r>
    </w:p>
    <w:p>
      <w:pPr>
        <w:pStyle w:val="ListBullet2"/>
      </w:pPr>
      <w:r>
        <w:t>Entorn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10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13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15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16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17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18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19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20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1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22">
        <w:r>
          <w:rPr/>
          <w:t>Defensa del conflicte com a oportunitat de canvi social</w:t>
        </w:r>
      </w:hyperlink>
    </w:p>
    <w:p>
      <w:pPr>
        <w:pStyle w:val="Link4"/>
      </w:pPr>
      <w:hyperlink r:id="rId23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24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25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26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27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28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29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30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31">
        <w:r>
          <w:rPr/>
          <w:t>Defensa i promoció dels drets propis i de les persones tant de l’entorn proper com  llunyà a partir de l’assertivitat, l’empatia i la solidaritat</w:t>
        </w:r>
      </w:hyperlink>
    </w:p>
    <w:p>
      <w:pPr>
        <w:pStyle w:val="Link4"/>
      </w:pPr>
      <w:hyperlink r:id="rId32">
        <w:r>
          <w:rPr/>
          <w:t xml:space="preserve">Denúncia davant de situacions de vulnerabilitat social i de violació de drets fonamentals tant en l’entorn proper com en el llunyà </w:t>
        </w:r>
      </w:hyperlink>
    </w:p>
    <w:p>
      <w:pPr>
        <w:pStyle w:val="Link4"/>
      </w:pPr>
      <w:hyperlink r:id="rId33">
        <w:r>
          <w:rPr/>
          <w:t>Proposta i posada en pràctica de diferents mecanismes  de defensa i reivindicació de drets en situacions de vulnerabilitat social a escala local i global</w:t>
        </w:r>
      </w:hyperlink>
    </w:p>
    <w:p>
      <w:pPr>
        <w:pStyle w:val="Link4"/>
      </w:pPr>
      <w:hyperlink r:id="rId34">
        <w:r>
          <w:rPr/>
          <w:t>Anàlisi de missatges procedent dels mitjans de comunicació, Internet i altres fonts i de la influència que aquests exerceixen en la construcció de l’opinió pública i en la concepció del món</w:t>
        </w:r>
      </w:hyperlink>
    </w:p>
    <w:p>
      <w:pPr>
        <w:pStyle w:val="Link4"/>
      </w:pPr>
      <w:hyperlink r:id="rId35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36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37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38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39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40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41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42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43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44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45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46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47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48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49">
        <w:r>
          <w:rPr/>
          <w:t>Defensa i promoció dels principis i valors fonamentals (justícia, equitat, dignitat, pau, llibertat, solidaritat...) que constitueixen la base de la igualtat de drets i oportunitats per a totes les persones, independentment de l'origen o pertinença, duent a terme accions reivindicatives en situacions de vulneració</w:t>
        </w:r>
      </w:hyperlink>
    </w:p>
    <w:p>
      <w:pPr>
        <w:pStyle w:val="Link4"/>
      </w:pPr>
      <w:hyperlink r:id="rId50">
        <w:r>
          <w:rPr/>
          <w:t>Proposta i disseny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51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52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53">
        <w:r>
          <w:rPr/>
          <w:t>Reconeixement i respecte dels drets propis i de les persones i col.lectius de l’entorn proper, fent èmfasi en aquells relacionats amb el reconeixement de les minories i de la diversitat (lingüística, cultural, religiosa...)</w:t>
        </w:r>
      </w:hyperlink>
    </w:p>
    <w:p>
      <w:pPr>
        <w:pStyle w:val="Link4"/>
      </w:pPr>
      <w:hyperlink r:id="rId54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>
      <w:pPr>
        <w:pStyle w:val="Link4"/>
      </w:pPr>
      <w:hyperlink r:id="rId55">
        <w:r>
          <w:rPr/>
          <w:t xml:space="preserve">Reivindicació i defensa de la participació en la presa de decisions i en la definició de les normes de convivència de totes les persones i grups socials, sense exclusions per motius d’origen o pertinença </w:t>
        </w:r>
      </w:hyperlink>
    </w:p>
    <w:p>
      <w:pPr>
        <w:pStyle w:val="Link4"/>
      </w:pPr>
      <w:hyperlink r:id="rId56">
        <w:r>
          <w:rPr/>
          <w:t>Defensa i promoció dels drets propis i de les persones i col.lectius de l’entorn proper i del món,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57">
        <w:r>
          <w:rPr/>
          <w:t>Contractes didàctics</w:t>
        </w:r>
      </w:hyperlink>
    </w:p>
    <w:p/>
    <w:p>
      <w:pPr>
        <w:pStyle w:val="Heading3"/>
      </w:pPr>
      <w:r>
        <w:t>Aprenentatge servei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L'aprenentatge servei és una proposta educativa que combina processos d'aprenentatge i de servei a la comunitat en un únic projecte ben articulat en el qual els participants es formen treballant sobre necessitats reals de l'entorn amb l'objectiu de millorar-ho. La relació circular que s'estableix entre l'aprenentatge i el servei genera una nova realitat que intensifica els efectes de cada un per separat. L'aprenentatge millora el servei a la comunitat, perquè aquest guanya en qualitat, i el servei dóna sentit a l'aprenentatge, perquè allò que s'aprèn es pot transferir a la realitat en forma d'acció.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>
      <w:pPr>
        <w:pStyle w:val="ListBullet2"/>
      </w:pPr>
      <w:r>
        <w:t>Estratègies per a la transformació social i el desenvolupament comunitari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Centre</w:t>
      </w:r>
    </w:p>
    <w:p>
      <w:pPr>
        <w:pStyle w:val="ListBullet2"/>
      </w:pPr>
      <w:r>
        <w:t>Entorn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0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12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58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59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21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60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61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62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63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64">
        <w:r>
          <w:rPr/>
          <w:t>Assumpció de les responsabilitats i els compromisos adquirits en relació a la planificació, organització i realització de tasques i projectes en l’àmbit escolar, familiar i en la vida quotidiana</w:t>
        </w:r>
      </w:hyperlink>
    </w:p>
    <w:p>
      <w:pPr>
        <w:pStyle w:val="Link4"/>
      </w:pPr>
      <w:hyperlink r:id="rId65">
        <w:r>
          <w:rPr/>
          <w:t xml:space="preserve">Assumpció de les responsabilitats que es deriven de les pròpies decisions i de les conseqüències d’aquestes decisions </w:t>
        </w:r>
      </w:hyperlink>
    </w:p>
    <w:p>
      <w:pPr>
        <w:pStyle w:val="Link4"/>
      </w:pPr>
      <w:hyperlink r:id="rId35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36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66">
        <w:r>
          <w:rPr/>
          <w:t>Desenvolupament de nous mecanismes i vies de participació democràtica a l’aula, al centre i a l’entorn, indagant propostes de millora i aprofundiment democràtic</w:t>
        </w:r>
      </w:hyperlink>
    </w:p>
    <w:p>
      <w:pPr>
        <w:pStyle w:val="Link4"/>
      </w:pPr>
      <w:hyperlink r:id="rId67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68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69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70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71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72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73">
        <w:r>
          <w:rPr/>
          <w:t xml:space="preserve">Construcció de relacions de convivència assertives i respectuoses amb totes les persones i grups socials independentment del seu origen o pertinença. </w:t>
        </w:r>
      </w:hyperlink>
    </w:p>
    <w:p>
      <w:pPr>
        <w:pStyle w:val="Link4"/>
      </w:pPr>
      <w:hyperlink r:id="rId56">
        <w:r>
          <w:rPr/>
          <w:t>Defensa i promoció dels drets propis i de les persones i col.lectius de l’entorn proper i del món,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74">
        <w:r>
          <w:rPr/>
          <w:t>Carpeta d'aprenentatge</w:t>
        </w:r>
      </w:hyperlink>
    </w:p>
    <w:p>
      <w:pPr>
        <w:pStyle w:val="Link4"/>
      </w:pPr>
      <w:hyperlink r:id="rId75">
        <w:r>
          <w:rPr/>
          <w:t>Portafoli</w:t>
        </w:r>
      </w:hyperlink>
    </w:p>
    <w:p/>
    <w:p>
      <w:pPr>
        <w:pStyle w:val="Heading3"/>
      </w:pPr>
      <w:r>
        <w:t>Treball globalitzat de proposta externa TGPE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TGPE és un àmbit curricular en què l’alumnat rep una proposta de treball procedent d’una entitat externa al centre. L’alumnat ha de dur a terme una tasca autèntica, que implica la realització o resolució d’un encàrrec, un problema, un servei... Aquesta activitat pretén que l’alumnat aprengui tot creant coneixement o saber, que se situï en el món real i es relacioni amb el que és quotidià per a altres persones del món de la cultura, la comunicación, la recerca...</w:t>
        <w:br/>
        <w:br/>
        <w:t>Pot incloure recerca bibliográfica, recerca sobre material, consulta documental (mostres, vídeos, escrits, representacions teatrals...), entrevistes a persones, tallers de creació o experimentació, elaboració de materials, preparació de serveis o activitats, etc.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la transformació social i el desenvolupament comunitari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>
      <w:pPr>
        <w:pStyle w:val="ListBullet2"/>
      </w:pPr>
      <w:r>
        <w:t>Entorn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64">
        <w:r>
          <w:rPr/>
          <w:t>Assumpció de les responsabilitats i els compromisos adquirits en relació a la planificació, organització i realització de tasques i projectes en l’àmbit escolar, familiar i en la vida quotidiana</w:t>
        </w:r>
      </w:hyperlink>
    </w:p>
    <w:p>
      <w:pPr>
        <w:pStyle w:val="Link4"/>
      </w:pPr>
      <w:hyperlink r:id="rId65">
        <w:r>
          <w:rPr/>
          <w:t xml:space="preserve">Assumpció de les responsabilitats que es deriven de les pròpies decisions i de les conseqüències d’aquestes decisions </w:t>
        </w:r>
      </w:hyperlink>
    </w:p>
    <w:p>
      <w:pPr>
        <w:pStyle w:val="Link4"/>
      </w:pPr>
      <w:hyperlink r:id="rId35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36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66">
        <w:r>
          <w:rPr/>
          <w:t>Desenvolupament de nous mecanismes i vies de participació democràtica a l’aula, al centre i a l’entorn, indagant propostes de millora i aprofundiment democràtic</w:t>
        </w:r>
      </w:hyperlink>
    </w:p>
    <w:p>
      <w:pPr>
        <w:pStyle w:val="Link4"/>
      </w:pPr>
      <w:hyperlink r:id="rId53">
        <w:r>
          <w:rPr/>
          <w:t>Reconeixement i respecte dels drets propis i de les persones i col.lectius de l’entorn proper, fent èmfasi en aquells relacionats amb el reconeixement de les minories i de la diversitat (lingüística, cultural, religiosa...)</w:t>
        </w:r>
      </w:hyperlink>
    </w:p>
    <w:p>
      <w:pPr>
        <w:pStyle w:val="Link4"/>
      </w:pPr>
      <w:hyperlink r:id="rId73">
        <w:r>
          <w:rPr/>
          <w:t xml:space="preserve">Construcció de relacions de convivència assertives i respectuoses amb totes les persones i grups socials independentment del seu origen o pertinença. 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75">
        <w:r>
          <w:rPr/>
          <w:t>Portafoli</w:t>
        </w:r>
      </w:hyperlink>
    </w:p>
    <w:p>
      <w:pPr>
        <w:pStyle w:val="Link4"/>
      </w:pPr>
      <w:hyperlink r:id="rId76">
        <w:r>
          <w:rPr/>
          <w:t>Observació d'actituds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Llengua catalana i literatura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 xml:space="preserve">Participació en activitats de relació social i comunicació amb altres comunitats escolars, amb l’entorn </w:t>
        <w:br/>
        <w:br/>
        <w:br/>
        <w:t>immediat al centre i amb la societat en general (publicació i difusió de les activitats escolars).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43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Primer i segon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3"/>
      </w:pPr>
      <w:r>
        <w:t>Educació física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Participació en la planificació i l’organització de campionats en què s’utilitzin sistemes de puntuació</w:t>
        <w:br/>
        <w:br/>
        <w:br/>
        <w:t>que potenciïn les actituds, valors i respecte de les normes.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140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CONTRACTES DIDÀCTICS</w:t>
      </w:r>
    </w:p>
    <w:p>
      <w:pPr>
        <w:pStyle w:val="Normal4"/>
      </w:pPr>
      <w:r>
        <w:t>Un contracte didàctic és un document que organitza les situacions d’aprenentatge o de comportament, en virtut del qual una o vàries persones es comprometen, després d’una negociació, a portar a terme els acords als quals han arribat per assolir uns objectius que poden ser de caire cognitiu, metodològic o de comportament. El contracte didàctic és un instrument que permet, per una banda, promoure la responsabilitat de l’alumnat en el procés d’ensenyament-aprenentatge i, per una altra, fomentar la capacitat d’autoavaluació i pensament crític de l’alumnat.</w:t>
        <w:br/>
        <w:br/>
        <w:t>Per saber-ne més, clica aquí.</w:t>
      </w:r>
    </w:p>
    <w:p/>
    <w:p/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36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35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77">
        <w:r>
          <w:rPr/>
          <w:t>Assumpció i interiorització d’habilitats per a la comunicació i la convivència que contribueixin a orientar les relacions interpersonals amb una perspectiva ètica tant en l’entorn proper com llunyà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personal, social i d'aprendre a aprendre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78">
        <w:r>
          <w:rPr/>
          <w:t>Anàlisi  crítica del procés de construcció i respecte de les diferents normes de convivència democràtica del centre, la família i l’entorn proper en base als criteris de consens i dissens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personal, social i d'aprendre a aprendre</w:t>
      </w:r>
    </w:p>
    <w:p>
      <w:pPr>
        <w:pStyle w:val="Link"/>
      </w:pPr>
      <w:hyperlink r:id="rId79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3s4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3s4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3s4" TargetMode="External"/><Relationship Id="rId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5_gen_ba_s3s4" TargetMode="External"/><Relationship Id="rId1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1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1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1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1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1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1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2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2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2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2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1s2" TargetMode="External"/><Relationship Id="rId2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3s4" TargetMode="External"/><Relationship Id="rId2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26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s" TargetMode="External"/><Relationship Id="rId27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s" TargetMode="External"/><Relationship Id="rId28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s" TargetMode="External"/><Relationship Id="rId29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1_ddhh_ba_s1s2" TargetMode="External"/><Relationship Id="rId30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1s2" TargetMode="External"/><Relationship Id="rId31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1_ddhh_ba_s3s4" TargetMode="External"/><Relationship Id="rId3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3_ddhh_ba_s3s4" TargetMode="External"/><Relationship Id="rId3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3s4" TargetMode="External"/><Relationship Id="rId34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s" TargetMode="External"/><Relationship Id="rId35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2_ddhh_bc_s1s2" TargetMode="External"/><Relationship Id="rId36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2_ddhh_bc_s3s4" TargetMode="External"/><Relationship Id="rId3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3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3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4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4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4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4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4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4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4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47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48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49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4_int_ba_s3s4" TargetMode="External"/><Relationship Id="rId5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4_int_bb_s1s2" TargetMode="External"/><Relationship Id="rId5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5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4_int_bb_s3s4" TargetMode="External"/><Relationship Id="rId53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s" TargetMode="External"/><Relationship Id="rId54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5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1_int_bc_s3s4" TargetMode="External"/><Relationship Id="rId56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4_int_bc_s3s4" TargetMode="External"/><Relationship Id="rId57" Type="http://schemas.openxmlformats.org/officeDocument/2006/relationships/hyperlink" Target="https://transformarelmon-guia.edualter.org/ca/instruments/contractes-didactics" TargetMode="External"/><Relationship Id="rId58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5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6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61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62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63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64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2_ddhh_bc_cs" TargetMode="External"/><Relationship Id="rId65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1_ddhh_bc_s3s4" TargetMode="External"/><Relationship Id="rId66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5_ddhh_bc_s3s4" TargetMode="External"/><Relationship Id="rId6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6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6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7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7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7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73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3_int_bc_s1s2" TargetMode="External"/><Relationship Id="rId74" Type="http://schemas.openxmlformats.org/officeDocument/2006/relationships/hyperlink" Target="https://transformarelmon-guia.edualter.org/ca/instruments/carpeta-daprenentatge" TargetMode="External"/><Relationship Id="rId75" Type="http://schemas.openxmlformats.org/officeDocument/2006/relationships/hyperlink" Target="https://transformarelmon-guia.edualter.org/ca/instruments/portafoli1" TargetMode="External"/><Relationship Id="rId76" Type="http://schemas.openxmlformats.org/officeDocument/2006/relationships/hyperlink" Target="https://transformarelmon-guia.edualter.org/ca/instruments/observacio-dactituds" TargetMode="External"/><Relationship Id="rId77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3_ddhh_bc_s3s4" TargetMode="External"/><Relationship Id="rId78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4_ddhh_bc_s1s2" TargetMode="External"/><Relationship Id="rId79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