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diferents mecanismes i vies de participació democràtica a  l’aula i al centre escolar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diferents mecanismes i vies de participació democràtica a l’aula i al centre escolar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digital</w:t>
      </w:r>
    </w:p>
    <w:p>
      <w:pPr>
        <w:pStyle w:val="ListBullet"/>
      </w:pPr>
      <w:r>
        <w:t>Competència emprenedora</w:t>
      </w:r>
    </w:p>
    <w:p>
      <w:pPr>
        <w:pStyle w:val="ListBullet"/>
      </w:pPr>
      <w:r>
        <w:t>Competència matemàtica i competència en ciència, tecnologia i enginyeria</w:t>
      </w:r>
    </w:p>
    <w:p>
      <w:pPr>
        <w:pStyle w:val="ListBullet"/>
      </w:pPr>
      <w:r>
        <w:t>Competència ciutadana</w:t>
      </w:r>
    </w:p>
    <w:p>
      <w:pPr>
        <w:pStyle w:val="ListBullet"/>
      </w:pPr>
      <w:r>
        <w:t>Competència personal, social i d'aprendre a aprendre</w:t>
      </w:r>
    </w:p>
    <w:p>
      <w:pPr>
        <w:pStyle w:val="ListBullet"/>
      </w:pPr>
      <w:r>
        <w:t>Competència en comunicació lingüística</w:t>
      </w:r>
    </w:p>
    <w:p>
      <w:pPr>
        <w:pStyle w:val="ListBullet"/>
      </w:pPr>
      <w:r>
        <w:t>Competència en consciència i expressió culturals</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artística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Assumir responsabilitats i afavorir dinàmiques de treball cooperatiu i participatiu en l’elaboració de</w:t>
        <w:br/>
        <w:br/>
        <w:br/>
        <w:t>projectes artístics i culturals.</w:t>
      </w:r>
    </w:p>
    <w:p/>
    <w:p>
      <w:pPr>
        <w:pStyle w:val="Heading4"/>
      </w:pPr>
      <w:r>
        <w:t>CRITERI D'AVALUACIÓ</w:t>
      </w:r>
    </w:p>
    <w:p/>
    <w:p>
      <w:pPr>
        <w:pStyle w:val="Heading4"/>
      </w:pPr>
      <w:r>
        <w:t>PÀGINA REFERÈNCIA DOCUMENT CURRÍCULUM</w:t>
      </w:r>
    </w:p>
    <w:p>
      <w:pPr>
        <w:pStyle w:val="Normal4"/>
      </w:pPr>
      <w:r>
        <w:t>102</w:t>
      </w:r>
    </w:p>
    <w:p/>
    <w:p>
      <w:pPr>
        <w:pStyle w:val="Heading4"/>
      </w:pPr>
      <w:r>
        <w:t>COMPETÈNCIA</w:t>
      </w:r>
    </w:p>
    <w:p>
      <w:pPr>
        <w:pStyle w:val="ListBullet2"/>
      </w:pPr>
      <w:r>
        <w:t>Competència en consciència i expressió culturals</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i disseny d’actuacions responsables orientades a l’ús sostenible de l’entorn.</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Realització d’un treball d’investigació a partir d’una qüestió rellevant, mitjançant el treball cooperatiu</w:t>
        <w:br/>
        <w:br/>
        <w:br/>
        <w:t>i l’ús de les TIC.</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digital</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Formulació de propostes d’activitats creatives per a la gestió del temps de lleure. Identificació d’activitats</w:t>
        <w:br/>
        <w:br/>
        <w:br/>
        <w:t>d’oci individuals o col·lectives.</w:t>
      </w:r>
    </w:p>
    <w:p/>
    <w:p>
      <w:pPr>
        <w:pStyle w:val="Heading4"/>
      </w:pPr>
      <w:r>
        <w:t>CRITERI D'AVALUACIÓ</w:t>
      </w:r>
    </w:p>
    <w:p/>
    <w:p>
      <w:pPr>
        <w:pStyle w:val="Heading4"/>
      </w:pPr>
      <w:r>
        <w:t>PÀGINA REFERÈNCIA DOCUMENT CURRÍCULUM</w:t>
      </w:r>
    </w:p>
    <w:p>
      <w:pPr>
        <w:pStyle w:val="Normal4"/>
      </w:pPr>
      <w:r>
        <w:t>85</w:t>
      </w:r>
    </w:p>
    <w:p/>
    <w:p>
      <w:pPr>
        <w:pStyle w:val="Heading4"/>
      </w:pPr>
      <w:r>
        <w:t>COMPETÈNCIA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relacions interpersonals dins la comunitat o grup. Coneixement i utilització dels</w:t>
        <w:br/>
        <w:br/>
        <w:br/>
        <w:t>mecanismes de la participació activa, la cooperació i el diàleg en la construcció de tasques comunes</w:t>
        <w:br/>
        <w:br/>
        <w:br/>
        <w:t>i en la resolució de conflictes.</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Responsabilització en el manteniment de la neteja, l’ordre i l’estalvi de materials i energia a l’escola</w:t>
        <w:br/>
        <w:br/>
        <w:br/>
        <w:t>i a casa.</w:t>
      </w:r>
    </w:p>
    <w:p/>
    <w:p>
      <w:pPr>
        <w:pStyle w:val="Heading4"/>
      </w:pPr>
      <w:r>
        <w:t>CRITERI D'AVALUACIÓ</w:t>
      </w:r>
    </w:p>
    <w:p/>
    <w:p>
      <w:pPr>
        <w:pStyle w:val="Heading4"/>
      </w:pPr>
      <w:r>
        <w:t>PÀGINA REFERÈNCIA DOCUMENT CURRÍCULUM</w:t>
      </w:r>
    </w:p>
    <w:p>
      <w:pPr>
        <w:pStyle w:val="Normal4"/>
      </w:pPr>
      <w:r>
        <w:t>87</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36">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57">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58">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Pràctica de les diferents habilitats per a la comunicació i la convivència a l’aula i al centre</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59">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transformarelmon-guia.edualter.org/ca/instruments/observacio-dactituds" TargetMode="External"/><Relationship Id="rId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