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la necessitat de prendre decisions de forma autònoma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la necessitat de prendre decisions de forma autònoma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1"/>
      </w:pPr>
      <w:r>
        <w:t>CONTINGUTS VINCULATS</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75">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76">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77">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transformarelmon-guia.edualter.org/ca/instruments/rubrica"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7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