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d’algunes formes per promoure la pau en l’entorn escolar (normes de convivència de centre, actitud personal d’estima, empatia, cooperació...)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Reconeixen el valor de les normes d’aula i de centre.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personal, social i d'aprendre a aprendre</w:t>
      </w:r>
    </w:p>
    <w:p>
      <w:pPr>
        <w:pStyle w:val="Link"/>
      </w:pPr>
      <w:hyperlink r:id="rId100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