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positiva de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positivament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