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Coneixement dels diferents tipus de conflictes (locals, socials, internacionals) capacitat de comparar-los, i d’argumentar si són violents o no</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Coneixen els diferents tipus de conflictes (locals, socials, internacionals) els comparen, i argumenten si són violents o no.</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2">
        <w:r>
          <w:rPr/>
          <w:t>Introducció dels elements essencials per iniciar el procés de construcció de la identitat de gènere, identitat sexual i opció afectivasexual</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94">
        <w:r>
          <w:rPr/>
          <w:t>Identificació d’alguns elements que contribueixen a la configuració de la identitat (origen, llengua, costums, valors, sentit de pertinença, adscripció a grups d’afinitat)</w:t>
        </w:r>
      </w:hyperlink>
    </w:p>
    <w:p>
      <w:pPr>
        <w:pStyle w:val="Link4"/>
      </w:pPr>
      <w:hyperlink r:id="rId95">
        <w:r>
          <w:rPr/>
          <w:t>Observació de la diversitat de llengües, costums, valors, creences i formes de vida que es troben a l’aula i a l’escola, per tal d’aproximar-se i aprendre d’altres cultures</w:t>
        </w:r>
      </w:hyperlink>
    </w:p>
    <w:p>
      <w:pPr>
        <w:pStyle w:val="Link4"/>
      </w:pPr>
      <w:hyperlink r:id="rId96">
        <w:r>
          <w:rPr/>
          <w:t>Identificació del lloc d’origen de les famílies de l’alumnat, comparant les semblances i les diferències existents</w:t>
        </w:r>
      </w:hyperlink>
    </w:p>
    <w:p>
      <w:pPr>
        <w:pStyle w:val="Link4"/>
      </w:pPr>
      <w:hyperlink r:id="rId97">
        <w:r>
          <w:rPr/>
          <w:t>Identificació d’alguns principis i valors fonamentals que constitueixen la base de la igualtat de drets i oportunitats per a totes les persones, independentment del seu origen o pertinença</w:t>
        </w:r>
      </w:hyperlink>
    </w:p>
    <w:p>
      <w:pPr>
        <w:pStyle w:val="Link4"/>
      </w:pPr>
      <w:hyperlink r:id="rId98">
        <w:r>
          <w:rPr/>
          <w:t>Reconeixement i reflexió  sobre els múltiples elements que contribueixen a la configuració de la identitat (origen, llengua, costums, valors, sentit de pertinença, adscripció a grups d’afinitat)</w:t>
        </w:r>
      </w:hyperlink>
    </w:p>
    <w:p>
      <w:pPr>
        <w:pStyle w:val="Link4"/>
      </w:pPr>
      <w:hyperlink r:id="rId99">
        <w:r>
          <w:rPr/>
          <w:t>Reconeixement de la diversitat cultural (llengües, costums, valors, creences, formes de vida...) present a l’aula, a l’escola, i a l’entorn proper, com una oportunitat d’aprenentatge i d’enriquiment</w:t>
        </w:r>
      </w:hyperlink>
    </w:p>
    <w:p>
      <w:pPr>
        <w:pStyle w:val="Link4"/>
      </w:pPr>
      <w:hyperlink r:id="rId100">
        <w:r>
          <w:rPr/>
          <w:t>Coneixement de les experiències migratòries dels diferents membres de les famílies de l’alumnat, identificant la seva tipologia (del camp a la ciutat, dintre del propi país, internacional...).</w:t>
        </w:r>
      </w:hyperlink>
    </w:p>
    <w:p>
      <w:pPr>
        <w:pStyle w:val="Link4"/>
      </w:pPr>
      <w:hyperlink r:id="rId101">
        <w:r>
          <w:rPr/>
          <w:t>Presa de consciència del procés de construcció de la pròpia identitat a partir de la relació amb les persones i col.lectius de l’entorn</w:t>
        </w:r>
      </w:hyperlink>
    </w:p>
    <w:p>
      <w:pPr>
        <w:pStyle w:val="Link4"/>
      </w:pPr>
      <w:hyperlink r:id="rId10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3">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4">
        <w:r>
          <w:rPr/>
          <w:t>Diari d'aula</w:t>
        </w:r>
      </w:hyperlink>
    </w:p>
    <w:p>
      <w:pPr>
        <w:pStyle w:val="Link4"/>
      </w:pPr>
      <w:hyperlink r:id="rId105">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06">
        <w:r>
          <w:rPr/>
          <w:t>Introducció a les habilitats socials com a forma d’apoderament personal</w:t>
        </w:r>
      </w:hyperlink>
    </w:p>
    <w:p>
      <w:pPr>
        <w:pStyle w:val="Link4"/>
      </w:pPr>
      <w:hyperlink r:id="rId107">
        <w:r>
          <w:rPr/>
          <w:t>Coneixement de les principals habilitats socials com a forma d’apoderament personal</w:t>
        </w:r>
      </w:hyperlink>
    </w:p>
    <w:p>
      <w:pPr>
        <w:pStyle w:val="Link4"/>
      </w:pPr>
      <w:hyperlink r:id="rId108">
        <w:r>
          <w:rPr/>
          <w:t>Capacitat de valorar les pròpies  habilitats socials que tenen més i menys desenvolupades com a forma d’apoderament personal</w:t>
        </w:r>
      </w:hyperlink>
    </w:p>
    <w:p>
      <w:pPr>
        <w:pStyle w:val="Link4"/>
      </w:pPr>
      <w:hyperlink r:id="rId109">
        <w:r>
          <w:rPr/>
          <w:t>Consciència de les passes a seguir per a reforçar les habilitats (i febleses) socials i apoderar-se</w:t>
        </w:r>
      </w:hyperlink>
    </w:p>
    <w:p>
      <w:pPr>
        <w:pStyle w:val="Link4"/>
      </w:pPr>
      <w:hyperlink r:id="rId110">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1">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4">
        <w:r>
          <w:rPr/>
          <w:t>Diari d'aula</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2">
        <w:r>
          <w:rPr/>
          <w:t>Interès per aprofundir en els diferents models de masculinitat i feminitat que es donen en les societats actuals.</w:t>
        </w:r>
      </w:hyperlink>
    </w:p>
    <w:p>
      <w:pPr>
        <w:pStyle w:val="Link4"/>
      </w:pPr>
      <w:hyperlink r:id="rId113">
        <w:r>
          <w:rPr/>
          <w:t>Defensa dels drets i deures individuals i col·lectius en qüestió de gènere.</w:t>
        </w:r>
      </w:hyperlink>
    </w:p>
    <w:p>
      <w:pPr>
        <w:pStyle w:val="Link4"/>
      </w:pPr>
      <w:hyperlink r:id="rId114">
        <w:r>
          <w:rPr/>
          <w:t>Pràctica de diferents conductes i relacions interpersonals basades en el respecte, el diàleg i la igualtat</w:t>
        </w:r>
      </w:hyperlink>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19">
        <w:r>
          <w:rPr/>
          <w:t xml:space="preserve">Coneixement de les normes de l’aula </w:t>
        </w:r>
      </w:hyperlink>
    </w:p>
    <w:p>
      <w:pPr>
        <w:pStyle w:val="Link4"/>
      </w:pPr>
      <w:hyperlink r:id="rId120">
        <w:r>
          <w:rPr/>
          <w:t>Introducció a l’argumentació: capacitat d’explicar els propis motius</w:t>
        </w:r>
      </w:hyperlink>
    </w:p>
    <w:p>
      <w:pPr>
        <w:pStyle w:val="Link4"/>
      </w:pPr>
      <w:hyperlink r:id="rId121">
        <w:r>
          <w:rPr/>
          <w:t>Valoració de les normes de classe com a instrument de regulació de la convivència a l’aula i al centre escolar</w:t>
        </w:r>
      </w:hyperlink>
    </w:p>
    <w:p>
      <w:pPr>
        <w:pStyle w:val="Link4"/>
      </w:pPr>
      <w:hyperlink r:id="rId122">
        <w:r>
          <w:rPr/>
          <w:t>Pràctica de l’argumentació: capacitat d’explicar i justificar els posicionaments personals</w:t>
        </w:r>
      </w:hyperlink>
    </w:p>
    <w:p>
      <w:pPr>
        <w:pStyle w:val="Link4"/>
      </w:pPr>
      <w:hyperlink r:id="rId123">
        <w:r>
          <w:rPr/>
          <w:t>Capacitat d’argumentar els beneficis i les limitacions de l’acció pacífica per a resoldre els conflictes</w:t>
        </w:r>
      </w:hyperlink>
    </w:p>
    <w:p>
      <w:pPr>
        <w:pStyle w:val="Link4"/>
      </w:pPr>
      <w:hyperlink r:id="rId124">
        <w:r>
          <w:rPr/>
          <w:t>Capacitat de formular normes de classe que promoguin la convivència i de preveure mesures que siguin reparadores</w:t>
        </w:r>
      </w:hyperlink>
    </w:p>
    <w:p>
      <w:pPr>
        <w:pStyle w:val="Link4"/>
      </w:pPr>
      <w:hyperlink r:id="rId125">
        <w:r>
          <w:rPr/>
          <w:t>Obertura als arguments de les altres persones</w:t>
        </w:r>
      </w:hyperlink>
    </w:p>
    <w:p>
      <w:pPr>
        <w:pStyle w:val="Link4"/>
      </w:pPr>
      <w:hyperlink r:id="rId126">
        <w:r>
          <w:rPr/>
          <w:t>Valoració de la originalitat i adequació de les propostes formulades per a resoldre una tasca o un conflicte</w:t>
        </w:r>
      </w:hyperlink>
    </w:p>
    <w:p>
      <w:pPr>
        <w:pStyle w:val="Link4"/>
      </w:pPr>
      <w:hyperlink r:id="rId127">
        <w:r>
          <w:rPr/>
          <w:t>Definició conjunta i aplicació de normes de classe que promoguin la convivència, i de mesures reparadores</w:t>
        </w:r>
      </w:hyperlink>
    </w:p>
    <w:p>
      <w:pPr>
        <w:pStyle w:val="Link4"/>
      </w:pPr>
      <w:hyperlink r:id="rId128">
        <w:r>
          <w:rPr/>
          <w:t>Predisposició a matisar els propis arguments a partir de la dialèctica amb altres persones</w:t>
        </w:r>
      </w:hyperlink>
    </w:p>
    <w:p>
      <w:pPr>
        <w:pStyle w:val="Link4"/>
      </w:pPr>
      <w:hyperlink r:id="rId129">
        <w:r>
          <w:rPr/>
          <w:t>Capacitat de fer el seguiment i valorar el respecte de les normes de classe i el caràcter reparador de les mesures</w:t>
        </w:r>
      </w:hyperlink>
    </w:p>
    <w:p>
      <w:pPr>
        <w:pStyle w:val="Link4"/>
      </w:pPr>
      <w:hyperlink r:id="rId130">
        <w:r>
          <w:rPr/>
          <w:t xml:space="preserve">Pràctica i defensa de la dialèctica, com a forma d’apropar posicionaments amb l’altre i cooperar  </w:t>
        </w:r>
      </w:hyperlink>
    </w:p>
    <w:p>
      <w:pPr>
        <w:pStyle w:val="Link4"/>
      </w:pPr>
      <w:hyperlink r:id="rId131">
        <w:r>
          <w:rPr/>
          <w:t>Presentació dels conceptes de drets i deures</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Presa de consciència del procés de construcció de la pròpia identitat com a subjecte polític</w:t>
        </w:r>
      </w:hyperlink>
    </w:p>
    <w:p>
      <w:pPr>
        <w:pStyle w:val="Link4"/>
      </w:pPr>
      <w:hyperlink r:id="rId134">
        <w:r>
          <w:rPr/>
          <w:t xml:space="preserve">Anàlisi del tipus de relacions que s’estableixen entre els diferents agents que participen en l’organització de la vida pública i de les seves funcions </w:t>
        </w:r>
      </w:hyperlink>
    </w:p>
    <w:p>
      <w:pPr>
        <w:pStyle w:val="Link4"/>
      </w:pPr>
      <w:hyperlink r:id="rId135">
        <w:r>
          <w:rPr/>
          <w:t>Anàlisi i valoració  de les funcions, límits i interdependències existents entre institucions, associacions, moviments i xarxes socialS de l’àmbit local, nacional i internacional</w:t>
        </w:r>
      </w:hyperlink>
    </w:p>
    <w:p>
      <w:pPr>
        <w:pStyle w:val="Link4"/>
      </w:pPr>
      <w:hyperlink r:id="rId136">
        <w:r>
          <w:rPr/>
          <w:t>Reflexió crítica sobre el tipus de relacions que s’estableixen entre els diferents agents que participen en l’organització de la vida pública i sobre les seves funcions</w:t>
        </w:r>
      </w:hyperlink>
    </w:p>
    <w:p>
      <w:pPr>
        <w:pStyle w:val="Link4"/>
      </w:pPr>
      <w:hyperlink r:id="rId1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8">
        <w:r>
          <w:rPr/>
          <w:t>Reflexió crítica sobre els diferents models de governança i sistemes d’organització política, fent especial èmfasi en el procés i l’orientació de les polítiques proposades</w:t>
        </w:r>
      </w:hyperlink>
    </w:p>
    <w:p>
      <w:pPr>
        <w:pStyle w:val="Link4"/>
      </w:pPr>
      <w:hyperlink r:id="rId139">
        <w:r>
          <w:rPr/>
          <w:t>Presentació i pràctica de les normes, i de la seva importància per a la convivència democràtica en els diferents àmbits relacionals</w:t>
        </w:r>
      </w:hyperlink>
    </w:p>
    <w:p>
      <w:pPr>
        <w:pStyle w:val="Link4"/>
      </w:pPr>
      <w:hyperlink r:id="rId140">
        <w:r>
          <w:rPr/>
          <w:t>Presentació i exercitació d’alguns mecanismes i vies de participació democràtica a l’aula</w:t>
        </w:r>
      </w:hyperlink>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66">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43">
        <w:r>
          <w:rPr/>
          <w:t>Presentació i pràctica de les diferents habilitats per a la comunicació i la convivència a l’aula</w:t>
        </w:r>
      </w:hyperlink>
    </w:p>
    <w:p>
      <w:pPr>
        <w:pStyle w:val="Link4"/>
      </w:pPr>
      <w:hyperlink r:id="rId140">
        <w:r>
          <w:rPr/>
          <w:t>Presentació i exercitació d’alguns mecanismes i vies de participació democràtica a l’aula</w:t>
        </w:r>
      </w:hyperlink>
    </w:p>
    <w:p/>
    <w:p>
      <w:pPr>
        <w:pStyle w:val="Heading4"/>
      </w:pPr>
      <w:r>
        <w:t>INSTRUMENTS D'AVALUACIÓ</w:t>
      </w:r>
    </w:p>
    <w:p>
      <w:pPr>
        <w:pStyle w:val="Link4"/>
      </w:pPr>
      <w:hyperlink r:id="rId66">
        <w:r>
          <w:rPr/>
          <w:t>Observació d'actituds</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dels canvis econòmics i polítics de la baixa edat mitjana, incidint especialment en l’auge de la</w:t>
        <w:br/>
        <w:br/>
        <w:br/>
        <w:t>vida urbana i del comerç i en els conflictes al món rural. Anàlisi del paper de l’Església en la cultura i</w:t>
        <w:br/>
        <w:br/>
        <w:br/>
        <w:t>la mentalitat medievals.</w:t>
      </w:r>
    </w:p>
    <w:p/>
    <w:p>
      <w:pPr>
        <w:pStyle w:val="Heading4"/>
      </w:pPr>
      <w:r>
        <w:t>CRITERI D'AVALUACIÓ</w:t>
      </w:r>
    </w:p>
    <w:p/>
    <w:p>
      <w:pPr>
        <w:pStyle w:val="Heading4"/>
      </w:pPr>
      <w:r>
        <w:t>PÀGINA REFERÈNCIA DOCUMENT CURRÍCULUM</w:t>
      </w:r>
    </w:p>
    <w:p>
      <w:pPr>
        <w:pStyle w:val="Normal4"/>
      </w:pPr>
      <w:r>
        <w:t>Pàgina 122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3">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nk"/>
      </w:pPr>
      <w:hyperlink r:id="rId27">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28">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17">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p>
      <w:pPr>
        <w:pStyle w:val="Link"/>
      </w:pPr>
      <w:hyperlink r:id="rId144">
        <w:r>
          <w:rPr/>
          <w:t>Coneixement del paper dels principals actors internacionals i dels mecanismes del dret existents per promoure la pau</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7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8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8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8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8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9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9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9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9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04" Type="http://schemas.openxmlformats.org/officeDocument/2006/relationships/hyperlink" Target="https://transformarelmon-guia.edualter.org/ca/instruments/diari-daula" TargetMode="External"/><Relationship Id="rId105" Type="http://schemas.openxmlformats.org/officeDocument/2006/relationships/hyperlink" Target="https://transformarelmon-guia.edualter.org/ca/instruments/portafoli1" TargetMode="External"/><Relationship Id="rId10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12"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13"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1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14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14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1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